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«Юникорк-М» (далее – общество) обратилось в Арбитражный суд Краснодарского края с заявлением к Управлению Федеральной службы по надзору в сфере защиты прав потребителей и благополучия человека по Краснодарскому краю (далее – административный орган) о признании незаконным и отмене постановления от 11.09.2019 № 1385 о привлечении к административной ответственности, предусмотренной частью 2 статьи 14.46.2 Кодекса Российской Федерации об административных правонарушениях (далее – КоАП РФ), и о признании незаконным предписания от 19.04.2019 № 23-00-10/19-4052-2019. Решением Арбитражного суда Краснодарского края от 03.03.2020, оставленным без изменения постановлением Пятнадцатого арбитражного апелляционного суда от 06.07.2020, обществу отказано в удовлетворении заявления. Арбитражный суд Северо-Кавказского округа постановлением от 11.09.2020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рассмотрение в суд первой инстанции. Письмом судьи Верховного Суда Российской Федерации от 30.12.2020 были истребованы материалы дела из Арбитражного суда Краснодарского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на основании поступившей в административный орган из Краснодарской таможни информации, а также при проверке документов и сведений, представленных обществом при таможенном декларировании товара, административный орган установил недостоверное декларирование обществом соответствия впервые выпускаемой в обращение продукции при заявлении декларации о соответствии ЕАЭС № RU Д-РТ.НА30.В.00222. Выявленные нарушения послужили основанием для выдачи административным органом обществу предписания от 19.04.2019 № 23-00-10/19-4052-2019 о прекращении действия декларации о соответствии, которое было направлено по юридическому адресу общества и возвращено в административный орган без вручения адресату. Предписание обществом не исполнено. Постановлением административного органа от 11.09.2019 № 1385 общество привлечено к административной ответственности, предусмотренной частью 2 статьи 14.46.2 КоАП РФ, с назначением наказания в виде административного штрафа в размере 20 000 рублей. Не согласившись с предписанием административного органа и постановлением о привлечении к административной ответственности, общество оспорило их в арбитражном суде. Оценив представленные в материалы дела доказательства и установив, что при таможенном декларировании товара общество представило недостоверную декларацию о соответствии ЕАЭС № RU Д-РТ.НА30.В.00222, которая принята обществом на основании недостоверных документов и не подтверждает соответствие спорной продукции требованиям технического регламента, при том, что законное предписание административного органа о прекращении действия указанной декларации о соответствии обществом не исполнено,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14.46.2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предписание и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следует из материалов дела и установлено судами, неверное указание административным органом юридического адреса общества (не указан «ЭТ ПОДВАЛ») на почтовом отправлении с предписанием не повлекло за собой невозможность получения обществом оспариваемого предписания, поскольку представленные в деле доказательства свидетельствуют о том, что почтовое отправление было перенаправлено отделением почтовой связи на правильный адрес общества и поступило в место вручения 11.05.2019, а возвращено отправителю (административному органу) 13.06.2019, соответственно в период с 11.05.2019 по 13.06.2019 общество имело возможность получить почтовое отправление с предписанием. Указанные обстоятельства подтверждены представленными в деле доказательствами и не опровергнуты обществом. При этом ссылки общества на то, что оно не было осведомлено о факте выявленного недостоверного декларирования соответствия продукции являются несостоятельными и опровергаются материалами дела, согласно которым о факте недостоверного декларирования соответствия продукции обществу было известно в ходе проведения таможенным органом проверки декларирования товара. Нарушений порядка привлечения общества к административной ответственности суды не установили. Выводы судов основаны на представленных в деле доказательствах и установленных фактических обстоятельствах дела.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"Юникорк-М" (подробнее) Ответчики: Управление Роспотребнадзора по КК (подробнее) Управление Федеральной службы по надзору в сфере защиты прав потребителей и благополучия человека по Краснодарскому краю (подробнее) УФС по надзору в сфере защиты прав потребителей и благополучия человека по КК (подробнее) Иные лица: ООО "Юникорк-М" для Арумова Е.В.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