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Компания «Силктейст Консалтинг Лимитед» обратилась в арбитражный суд с заявлением о включении в реестр требований кредиторов должника требований в размере 14 577 550,49 руб., в том числе 4 470 594,80 руб. как требований, обеспеченных залогом имущества должника. Определением Арбитражного суда Пермского края от 18.01.2017, оставленным без изменения постановлением Семнадцатого арбитражного апелляционного суда от 11.04.2017 и постановлением Арбитражного суда Уральского округа от 12.07.2017, заявление удовлетворено. В кассационной жалобе конкурсный управляющий просит судебные акты отменить, ссылаясь на нарушение судами норм материального и процессуального права. По результатам изучения принятых по делу судебных актов и доводов, содержащихся в кассационной жалобе, установлено, что предусмотренные статьей 291.6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 Удовлетворяя заявленные требования, суды руководствовались статьями 4, 16, 71, 100, 134, 142 Федерального закона от 26.10.2002 № 127-ФЗ «О несостоятельности (банкротстве)», статьями 382 , 384 , 388 Гражданского кодекса Российской Федерации, частью 2 статьи 69 Арбитражного процессуального кодекса Российской Федерации и исходили из доказанности обоснованности предъявленных требований. Достаточных оснований для иных выводов заявителем не приведено.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Арбитражного процессуального кодекса Российской Федерации к отмене обжалуемых судебных актов. На основании изложенного,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С.В. Самуйлов Суд: Верховный Суд РФ (подробнее) Истцы: SILKTASTE CONSULTING LIMITED (подробнее) АО "Телеком плюс" (подробнее) Департамент земельных отношений администрации города Перми (подробнее) ЗАО "Оптово-розничное предприятие "Меркадо" (подробнее) Компания SILKTASTE CONSULTING LIMITED (подробнее) Компания "силктейст Консалтинг (подробнее) Компания "Силктейст Консалтинг Лимитед" (подробнее) ОАО АКБ "АВАНГАРД" (подробнее) ООО "АЗБУКА НАПИТКОВ" (подробнее) ООО "Актив" (подробнее) ООО "А-Сервис" (подробнее) ООО "Ветеран-2" (подробнее) ООО "Газпром межрегионгаз Пермь" (подробнее) ООО "ДЕВЕЛОПЕРСКАЯ КОМПАНИЯ "СИТИ" (подробнее) ООО "Добрыня" (подробнее) ООО "Компания "Напитки +" (подробнее) ООО Компания "Пивооптторг" Аллямов Р. А., Член комитета кредиторов (подробнее) ООО Компания "Пивооптторг" Баев А. Н., Член комитета кредиторов (подробнее) ООО Компания "Пивооптторг" Патракова О. А., Член комитета кредиторов (подробнее) ООО "ЛИДЕР ПРАЙС" (подробнее) ООО "Мир напитков" (подробнее) ООО "НК "Арсенал" (подробнее) ООО "НОВОГОР Прикамья" (подробнее) ООО "НОРМА-ЧЕРНУШКА" (подробнее) ООО "Пивоопторг-Чернушка" (подробнее) ООО "Планета" (подробнее) ООО "Проект-7" (подробнее) ООО "ПСК" (подробнее) ООО "Развлекательный центр "Вознесенский" (подробнее) ООО "РС-ДОБРЫНЯ" (подробнее) ООО торговый дом "Пивоопторг" (подробнее) ООО Член комитета кредиторов Компания "Пивооптторг" Аллямов Р. А. (подробнее) ООО Член комитета кредиторов Компания "Пивооптторг" Баев А. Н. (подробнее) ООО Член комитета кредиторов Компания "Пивооптторг" Баев А.Н. (подробнее) ООО Член комитета кредиторов Компания "Пивооптторг" Патракова О. А. (подробнее) ООО Член комитета кредиторов Компания "Пивооптторг" Патракова О.А. (подробнее) ООО "ЧОП "Добрыня" (подробнее) ПАО АКБ "Авангард" (подробнее) Управление Федеральной налоговой службы по Пермскому краю (подробнее) Ответчики: ООО КОМПАНИЯ " ПИВООПТТОРГ " (подробнее) Иные лица: Департамент земельных отношений г. Перми (подробнее) ЗАО "Север" (подробнее) Инспекция Федеральной налоговой службы по Ленинскому району г. Перми (подробнее) Некоммерческое партнерство "Региональная саморегулируемая организация профессиональных арбитражных управляющих" (подробнее) НП "Московская саморегулируемая организация профессиональных арбитражных управляющих" (подробнее) НП МСОПАУ (подробнее) НП "РСОПАУ" в Пермском крае (подробнее) ООО "Авангард" эксперт Болдарева Елена Валерьевна (подробнее) ООО "ВК" (подробнее) ООО "СБК Уран" (подробнее) ООО "Сельхозпродукт" (подробнее) ООО "Фабрикант.ру" (подробнее) СРО Ассоциация "Региональная саморегулируемая организация профессиональных арбитражных управляющих" (подробнее) Управление Росреестра по Пермскому краю (подробнее) УФНС РФ ПО ПЕРМСКОМУ КРАЮ (подробнее) Учредитель ООО компания "Пивоопторг" АО "Север" (подробнее) Судьи дела: Самуйлов С.В. (судья) Последние документы по делу: Определение от 28 января 2019 г. по делу № А50-8447/2015 Определение от 20 октября 2017 г. по делу № А50-8447/2015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