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«ЛК Газинвестгрупп» удовлетворить. Предоставить обществу с ограниченной ответственностью «ЛК Газинвестгрупп»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Республики Татарстан от 23.06.2020 по делу № А65-3462/2020, постановление Одиннадцатого арбитражного апелляционного суда от 25.11.2020 и постановление Арбитражного суда Поволжского округа от 17.02.2021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