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Иркутской области с заявлением, уточненным в порядке статьи 49 Арбитражного процессуального кодекса Российской Федерации (далее – АПК РФ), к Межрайонной инспекции Федеральной налоговой службы № 17 по Иркутской области (далее – Инспекция, Регистрирующий орган) о признании незаконными решения от 29.12.2018 № 27406А об отказе в государственной регистрации ликвидатором акционерного общества «Приоритет» (далее – Общества) ФИО2, на основании которого в Единый государственный реестр юридических лиц (далее – ЕГРЮЛ) внесена запись № 6183850346608 о смене ликвидатора Общества. К участию в деле в качестве третьих лиц, не заявляющих самостоятельных требований относительно предмета спора, привлечены сельскохозяйственный производственный кооператив «Окинский» (далее – Кооператив) и Общество. Решением Арбитражного суда Иркутской области от 08.10.2019, оставленным без изменения постановлением Четвертого арбитражного апелляционного суда от 29.01.2020 и постановлением Арбитражного суда Восточно-Сибирского округа от 31.08.2020,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являясь руководителем и акционером Общества, он имел полномочия для подачи заявления в Регистрирующий орган о назначении ликвидатора, которое соответствовало требованиям Федерального закона от 08.08.2001 № 129-ФЗ «О государственной регистрации юридических лиц и индивидуальных предпринимателей» (далее – Закон № 129-ФЗ). Письмо руководителя Нотариальной палаты Иркутской области N 281 от 28.02.019 содержит недостоверную информацию; данный документ не существовал на момент вынесения оспариваемого решения Инспекции.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20.11.2018 в Регистрирующий орган за подписью ФИО2 представлен пакет документов, согласно которому он назначен на должность ликвидатора Общества на основании протокола внеочередного собрания от 19.11.2018 № 2-11/18. При этом в Инспекции имелись сведения о назначении на должность ликвидатора Общества ФИО3, представленные 08.11.2018. Ввиду наличия у Инспекции заявлений иных лиц - ФИО4, ФИО5, ФИО6 о внесении изменений в сведения, содержащиеся в ЕГРЮЛ в отношении Общества (назначение на должность ликвидатора/генерального директора), а также возражений от 23.11.2018 по форме № Р38001 относительно представленных ФИО2 для государственной регистрации документов, Регистрирующим органом 27.11.2018 принято решение о приостановлении государственной регистрации внесения изменений в сведения об Обществе. ФИО2 и ФИО1 04.12.2018 в Инспекцию представлены объяснения, согласно которым последний является акционером Общества, обладающим 97,74% голосов (с приложением документов, подтверждающих приобретением акций названного юридического лица). Между тем в регистрирующий орган 23.11.2018 представлен пакет документов, содержащий сведения о назначении на должность ликвидатора Общества ФИО6, полномочия которой, как ликвидатора, проверены нотариусом Иркутского нотариального округа Иркутской области 23.11.2018. По результатам рассмотрения заявления формы Р14001 Инспекцией принято решение от 27.12.2018 № 26930А об отказе в государственной регистрации ФИО2 в качестве ликвидатора Общества на основании подпункта «а» пункта 1 статьи 23 Закона № 129-ФЗ, в связи с непредставлением заявителем необходимых документов. Решением вышестоящего налогового органа от 15.02.2019 № 26-18/003113@ жалоба ФИО2 на решения Инспекции от 27.12.2018 № 26930А об отказе в государственной регистрации и от 29.12.2018 № 27406А о государственной регистрации ФИО6 в качестве ликвидатора Общества оставлена без удовлетворения. Не согласившись с решением Инспекции,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9, 17, 23 Закона № 129-ФЗ, суды отказали ФИО1 в удовлетворении заявленных требований, придя к обоснованным выводам об отсутствии у Регистрирующего органа правовых оснований для регистрации ФИО2 ликвидатором АО «Приоритет», и признав решения Регистрирующего органа от 27.12.2018 №26930А, от 29.12.2018 №27406А соответствующими подпункту «а» пункта 1 статьи 23 Закона №129-ФЗ. Согласно материалам истребованного дела, причиной приостановления Инспекцией регистрационных действий в отношении назначения ФИО2 в качестве ликвидатора Общества послужило и то обстоятельство, что от Кооператива в адрес Регистрирующего органа поступила информация о том, что ФИО1 не является и никогда не был акционером Общества, в связи с чем налоговым органом были инициированы проверочные мероприятия. В опровержение данного утверждения ФИО1 были представлены договоры купли-продажи акций от 29.10.2015 № 29-10/15, от 18.01.2016 № 18-01/16 и соответствующие передаточные распоряжения. Между тем данные договоры купли-продажи акций оспорены Кооперативом в судебном порядке (дело № А19-14910/2019). ФИО1 уполномочивался Кооперативом исключительно на ликвидацию открытого акционерного общества «Молочный комбинат «Саянский» (правопредшественник Общества). Согласно письму руководителя нотариальной палаты Иркутской области от 28.02.2019 № 281 нотариусом ФИО7 при заверении документов (заявления по форма Р 14001) в отношении ликвидатора ФИО8 19.11.2018 не были запрошены выписка из ЕГРЮЛ, а также выписка из реестра акционеров Общества, заверенная реестродержателем. Следовательно, достоверность представленной формы Р 14001 не подтверждена надлежащим образом. Доводы, приведенные заявителем,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федеральной налоговой службы №17 по Иркутской области (подробнее) Межрайонной ИФНС №17 (подробнее) Иные лица: АО "Приоритет" (подробнее) Сельскохозяйственный "Окинский"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