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«Дрим» удовлетворить. Предоставить закрытому акционерному обществу «Дрим»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