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«Научно- производственное предприятие «Технологии здоровья» удовлетворить. Предоставить обществу с ограниченной ответственностью «Научно- производственное предприятие «Технологии здоровья»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06.03.2020 по делу № А60-70463/2019, постановление Семнадцатого арбитражного апелляционного суда от 09.07.2020 и постановление Арбитражного суда Уральского округа от 22.10.2020 по тому же делу. Судья Верховного Суда Российской Федерации Е.Н. Зарубина Суд: Верховный Суд РФ (подробнее) Истцы: ООО Выручай (подробнее) Ответчики: ООО НАУЧНО-ПРОИЗВОДСТВЕННОЕ ПРЕДПРИЯТИЕ ТЕХНОЛОГИИ ЗДОРОВЬЯ (подробнее) Судьи дела: Зарубина Е.Н. (судья) (подробнее) Последние документы по делу: Определение от 11 февраля 2021 г. по делу № А60-70463/2019 Определение от 28 декабря 2020 г. по делу № А60-70463/2019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