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сельскохозяйственное предприятие «Западное» Министерства обороны Российской Федерации (далее - предприятие) обратилось в Арбитражный суд города Москвы с заявлением к Министерству обороны Российской Федерации (далее - министерство) о признании незаконным приказа от 09.08.2019 N 1637 "О прекращении права постоянного (бессрочного) пользования федерального государственного унитарного сельскохозяйственного предприятия "Западное" Министерства обороны Российской Федерации земельными участками" (далее - Приказ N 1637) и о возложении обязанности вернуть земельные участки в титульное владение на праве постоянного бессрочного пользования. Решением Арбитражного суда города Москвы от 19.02.2020, оставленным без изменения постановлением Девятого арбитражного апелляционного суда от 29.06.2020 и постановлением Арбитражного суда Московского округа от 22.10.2020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Федеральный закон от 24.07.2002 №101-ФЗ «Об обороте земель сельскохозяйственного назначения (далее- Закон №101 ФЗ) является специальным нормативным актом, регулирующим отношения, связанным с владением, пользованием и распоряжением земельными участками из земель сельскохозяйственного назначения. Согласно пункту 2 статьи 6 указанного Закона, регулирующий порядок принудительного изъятия земельных участков сельскохозяйственного назначения при неиспользовании по целевому назначению и ли использовании с нарушением законодательства Российской Федерации, земельный участок сельскохозяйственного назначения, являющийся предметом рассмотрения дела о банкротстве, изъятию не подлежит. Пунктом 2 статьи 131 Закона о банкротстве определен перечень имущества, подлежащего исключению из конкурсной массы. Земельные участки, находящиеся на праве постоянного (бессрочного) пользования у должника к имуществу, подлежащего исключению из конкурсной массы, законом не отнесены. Ни Земельный кодекс, ни Закон о банкротстве не содержит запрета на переоформление обществом права постоянного (бессрочного) пользования земельными участками на право аренды.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предприятию принадлежали на праве постоянного бессрочного пользования земельные участки с кадастровыми номерами: 25:10:000000:74, 25:10:011902:8, 25:10:010900:36, 25:10:011601:450. Решением Арбитражного суда Приморского края от 20.09.2007 по делу №А51-15422/2006 Федеральное государственное сельскохозяйственное предприятие «Западное» Министерства обороны РФ (ФГУСА «Западное» МО РФ) признано несостоятельным (банкротом), открыто конкурсное производство. Спорные земельные участки включены в границы ТОР "Надеждинская", созданной постановлением Правительства Российской Федерации от 25.06.2015 N 629 "О создании территории опережающего социально-экономического развития "Надеждинская" (далее - Постановление N 629) в соответствии с Федеральным законом от 29.12.2014 N 473-ФЗ "О территориях опережающего социально-экономического развития в Российской Федерации". Приказом директора Департамента имущественных отношений Министерства обороны РФ от 09.08.2019 №1637 прекращено право постоянного бессрочного пользования ФГСП «Западное» МО РФ земельными участками: -с кадастровым номером 25:10:000000:74, имеющий следующие адресные ориентиры: Приморский край, Надеждинский район, участок расположен западнее с. Волно- Надеждинское, бассейн реки Давыдовки, левые притоки Дубкинской протоки; - с кадастровым номером 25:10:011902:8, имеющий следующие адресные ориентиры: Приморский край, Надеждинский район, участок расположен на левом и правом берегах реки Сиреневка, восточная граница проходит по Дубкинской протоке, западная- по старице; -с кадастровым номером 25:10:010900:36, имеющий следующие адресные ориентиры: Приморский край Надеждинский район участок расположен на левом берегу реки Раздольная, у выхода полевой дороги с Кипарисово-2 на исток протоки ФИО1; - кадастровым номером 25:10:011601:450,имеющий следующие адресные ориентиры : Приморский край, Надеждинский район, пос. Де-Фриз. В Приказе N 1637 указано, что право постоянного (бессрочного) пользования предприятия прекращено в соответствии с Постановлением N 629. Считая указанный Приказ незаконным, противоречащим нормам Закона о банкротстве, Предприятие в лице конкурсного управляющего обратилось в арбитражный суд с настоящим заявлением, оказывая в удовлетворении которого суды исходили из следующего. В соответствии с пунктом 2 статьи 45 Земельного кодекса Российской Федерации, право постоянного (бессрочного) пользования земельным участком прекращается принудительно: 1) при использовании земельного участка с нарушением требований законодательства Российской Федерации, а именно при: 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 порче земель; невыполнении обязанностей по рекультивации земель, обязательных мероприятий по улучшению земель и охране почв; невыполнении обязанностей по приведению земель в состояние, пригодное для использования по целевому назначению; 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от 24.07.2002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 создании или возведении на земельном участке самовольной постройки либо невыполнении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2) при изъятии земельного участка для государственных или муниципальных нужд в соответствии с правилами, предусмотренными Земельным кодексом Российской Федерации. Прекращение права постоянного (бессрочного) пользования земельным участком по основаниям, указанным в подпункте 1 пункта 2 статьи 45 Земельного кодекса Российской Федерации, осуществляется в соответствии с правилами, предусмотренными статьей 54 Земельного кодекса Российской Федерации, за исключением случаев, установленных федеральными законами (пункт 3 статьи 45 Земельного кодекса Российской Федерации). Положения статьи 54 Земельного кодекса Российской Федерации регулируют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 Согласно пункту 3 статьи 54 Земельного кодекса Российской Федерации, порядок принятия исполнительным органом государственной власти или органом местного самоуправления решения об изъятии земельного участка устанавливается Правительством Российской Федерации. Вступившим в законную силу решением Арбитражного суда города Москвы от 26.09.2017 по делу N А40-8068/16 (при новом рассмотрении дела) установлено, что основным видом деятельности предприятия, определенном в его уставе, является выполнение государственного оборонного заказа по производству сельскохозяйственной продукции, выполнение работ и оказание услуг для нужд Вооруженных Сил Российской Федерации. Предприятие на протяжении многих лет свою деятельность, как сельскохозяйственное предприятие, созданное в целях выполнения государственного оборонного заказа, не осуществляло и не осуществляет. В Едином государственном реестре прав зарегистрировано право собственности Российской Федерации на спорные земельные участки и право постоянного (бессрочного) пользования предприятия. Каждый из спорных земельных участков относится к категории земель сельскохозяйственного назначения, имеет вид разрешенного использования "для сельскохозяйственного использования" либо "для сельскохозяйственного назначения", какие-либо объекты недвижимости, принадлежащие предприятию на спорных земельных участках, отсутствуют. Вступившим в законную силу решением Арбитражного суда Приморского края от 15.04.2019 по делу N А51-19349/18 установлено, что ФГУСА «Западное» МО РФ является предприятием, подведомственным Министерству обороны Российской Федерации. Согласно пункту 10 статьи 1 Федерального закона от 31.05.1996 N 61-ФЗ "Об обороне", земли и другие природные ресурсы, предоставленные для нужд Вооруженных Сил Российской Федерации, других войск, воинских формирований и органов, находятся в федеральной собственности. В постановлении Правительства Российской Федерации от 29.12.2008 N 1053 "О некоторых мерах по управлению федеральным имуществом" (далее - Постановление N 1053) указано, что министерство является федеральным органом исполнительной власти, осуществляющим функции по управлению федеральным имуществом, находящимся у Вооруженных Сил Российской Федерации на праве хозяйственного ведения или оперативного управления, земельными участками, находящимися на праве постоянного (бессрочного) пользования, в частности, осуществляет от имени Российской Федерации юридические действия по защите имущественных и иных прав и законных интересов Российской Федерации при управлении имуществом Вооруженных Сил Российской Федерации и подведомственных Министерству обороны Российской Федерации организаций и его приватизации, в том числе полномочий собственника имущества должника - подведомственного федерального государственного унитарного предприятия при проведении процедур банкротства (подпункт "а" пункта 2 Постановления N 1053). Согласно подпункту "в" пункта 8 Положения о Департаменте имущественных отношений Министерства обороны Российской Федерации, утвержденного приказом Министра обороны Российской Федерации от 17.05.2019 N 280 (далее - Положение N 280), департамент имущественных отношений Министерства обороны Российской Федерации в целях реализации полномочий Министерства обороны Российской Федерации осуществляет мероприятия по прекращению права постоянного (бессрочного) пользования. В силу подпункта "ж" пункта 8 Положения N 280, департамент осуществляет мероприятия по выявлению и изъятию у учреждений и предприятий излишнего, неиспользуемого или используемого не по назначению имущества Вооруженных Сил. Установив, что право постоянного (бессрочного) пользования на спорные земельные участки прекращено в порядке, предусмотренном статьей 54 Земельного кодекса Российской Федерации, Постановлением N 821, приняв во внимание обстоятельства, установленные при рассмотрении дел N А40-8068/16, N А51-19349/18, суды пришли к выводам о том, что заявитель утратил возможность осуществления уставной деятельности по удовлетворению нужд Вооруженных сил Российской Федерации ввиду признания его банкротом и открытия конкурсного производства, земельные участки не могут быть использованы им в целях сельскохозяйственного производства, и признали законным Приказ директора Департамента имущественных отношений Министерства обороны РФ от 09.08.2019 №1637.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сельскохозяйственного предприятия «Западное»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к/у ФГУСП "Западное" МО РФ Коленко О.А. (подробнее) Федеральное государственное унитарное сельскохозяйственное предприятие "Западное" Министерства обороны Российской Федерации (подробнее) Ответчики: Департамент имущественных отношений Министерства обороны РФ (подробнее) Иные лица: Министерство обороны РФ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