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постановление от 08.12.2020 и одновременно просит о приостановлении его исполнения в связи с нестабильным финансовым положением противной стороны, могущим вызвать затруднения исполнения будущего судебного акта.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«Региональная Торговая Компания Центр» в приостановлении исполнения постановления Арбитражного суда Центрального округа от 08.12.2020 по делу № А64-5472/2019 Арбитражного суда Тамбовской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