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архитектуры и градостроительства города Ростова-на-Дону (далее – Департамент) обратился в Арбитражный суд Ростовской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Серебрякову Василию Ивановичу (далее – Предприниматель) о возложении на ответчика обязанности привести нежилое здание – «Магазин-кафетерий» (кадастровый номер 61:44:0031402:85) общей площадью 179,1 кв. м, расположенное на земельном участке с кадастровым номером 61:44:0031402:32 общей площадью 60 кв. м, по пр. Шолохова, 126д в г. Ростове-на-Дону в первоначальное состояние, существовавшее до реконструкции, путем: демонтажа пристройки (литера А1), с размещенным в ней помещением подсобной № 8 площадью 19,1 кв. м; демонтажа пристройки (литера «а»), с размещенным в ней помещением коридора № 7х площадью 2 кв. м; демонтажа помещения коридора № 6 площадью 18,8 кв. м; изменения конфигурации торгового помещения № 1, с доведением его площади до 33,5 кв. м; восстановить внутреннее объемно- планировочное решение здания, путем демонтажа, установленной перегородки 2 между помещениями № 2 и 2а, а также возведения перегородки внутри помещения коридора № 3 и 4, с разработкой проекта организации работ по сносу (демонтажу) и проект производства работ в течение 12 месяцев со дня вступления в силу решения суда. К участию в деле в качестве третьих лиц, не заявляющих самостоятельных требований относительно предмета спора, привлечены администрация г. Ростова- на-Дону и Департамент имущественно-земельных отношений г. Ростова-на-Дону. Решением Арбитражного суда Ростовской области от 10.03.2020, оставленным без изменения постановлением Пятнадцатого арбитражного апелляционного суда от 05.06.2020 и постановлением Арбитражного суда Северо- Кавказского округа от 06.10.2020,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принял все необходимые меры для легализации и регистрации спорного помещения; Департаментом пропущен срок исковой давности по заявленным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собственником земельного участка с кадастровым номером 61:44:0031402:32 общей площадью 60 кв. м является Предприниматель, который также владеет расположенным на указанном земельном участке зданием «магазин-кафетерий» с кадастровым номером 61:44:0031402:85 общей площадью 135,9 кв. м. В ходе проведения мероприятий по контролю за соблюдением обязательных требований земельного законодательства Департамент имущественно-земельных отношений г. Ростова-на-Дону (акт № 390 от 26.11.2018) установил, что на земельном участке с кадастровым номером 61:44:0031402:32, расположенном по адресу: г. Ростов-на-Дону, пр. Шолохова, 126д, возведено нежилое здание «магазин-кафетерий» с кадастровым номером 61:44:0031402:85, принадлежащее на праве собственности ответчику, при этом часть здания площадью 54 кв. м с юго-восточной стороны расположена за границами отведенного земельного участка. Ссылаясь на проведение собственником здания самовольной реконструкции, в результате которой объект фактически расположено за пределами земельного 3 участка с кадастровым номером 61:44:0031402:32,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принимая во внимание заключение, составленное по результатам проведенной судебной экспертиы, руководствуясь статьей 222 Гражданского кодекса Российской Федерации, статьей 51 Градостроительного кодекса Российской Федерации, разъяснениями, изложенными в совместном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установив, что реконструкция объекта проведена без соответствующего разрешения, за границами отведенного земельного участка, который расположен в границах муниципального образования; существует возможность приведения объекта в состояние, существовавшее до реконструкции.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Серебрякова Василия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