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309-ЭС20-21824. Председатель судебного состава, судья Верховного Суда Российской Федерации ФИО1 Суд: Верховный Суд РФ (подробнее) Ответчики: Министерство внутренних дел Российской Федерации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