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307-ЭС20-22139.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