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Коптев В.В. обратился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Коптевым В.В.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Коптева Василия Викторовича удовлетворить. Предоставить Коптеву Василию Викторовичу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