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Чернов Александр Николаевич обратился в суд с заявлением о привлечении контролирующих должника лиц к субсидиарной ответственности. Определением Арбитражного суда Волгоградской области от 08.05.2019 признано доказанным наличие оснований для привлечения Резеповой Зинаиды Васильевны, Лазаревой (Болозневой) Екатерины Александровны, Михеева Олега Леонидовича, Михеевой Анны Андреевны к субсидиарной ответственности по обязательствам должника, приостановлено производство по рассмотрению заявления до окончания расчётов с кредиторами должника, отказано в удовлетворении заявления к Дудкиной Светлане Михайловне и Сергиенко Ирине Сергеевне. Постановлением Двенадцатого Арбитражного суда апелляционного суда от 27.08.2019 определение суда первой инстанции от 08.05.2019 отменено в части признания наличия оснований для привлечения Михеева О.Л. и Михеевой А.А. к субсидиарной ответственности, в части приостановления производства по рассмотрению заявления конкурсного управляющего. Отказано в удовлетворении заявления к Михееву О.Л. и Михеевой А.А., вопрос о привлечении к субсидиарной ответственности Резеповой З.В., Лазаревой (Болозневой) Е.А. направлен на новое рассмотрение в Арбитражный 2 суд Волгоградской области. В остальной части определение суда от 08.05.2019 оставлено без изменения. Определением Арбитражного суда Волгоградской области от 12.03.2020, оставленным без изменения постановлениями Двенадцатого арбитражного апелляционного суда от 26.06.2020 и Арбитражного суда Поволжского округа от 07.09.2020, Резепова З.В. привлечена к субсидиарной ответственности по обязательствам должника, с Резеповой З.В. в пользу должника взыскано 18 644 546 рублей 05 копеек, Лазарева (Болознева) Е.А. привлечена к субсидиарной ответственности по обязательствам должника, с Лазаревой (Болозневой) Е.А. в пользу должника взыскано 491 932 рубля 64 копейки, отказано в удовлетворении остальной части требований. В кассационной жалобе, поданной в Верховный Суд Российской Федерации, заявитель просит отменить указанные судебные акты, отказать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9 и 10 Федерального закона от 26.10.2002 № 127-ФЗ «О несостоятельности (банкротстве)» (в актуальной редакции), установив, что обязанность по обращению в суд возникла не позднее 19.05.2010, исходили из доказанности совокупности условий, необходимых для привлечения Резеповой З.В. и Лазаревой (Болозневой) Е.А., являвшихся контролирующими должника лицами в вышеуказанный период и после него, к субсидиарной ответственности по обязательствам должника в установленных размерах ввиду неисполнения ими обязанности по обращению в суд с заявлением о признании должника банкротом.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заявителя, в том числе относительно пропуска срока исковой давности, были предметом рассмотрения судов и получили надлежащую оценку, отклонены как несостоятельные с подробным изложением мотивов отклонения. 3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Резеповой Зинаиде Васильевне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