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08.07.2020,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жилищно-коммунального хозяйства, топлива и энергетики администрации города Комсомольска-на-Амуре Хабаровского края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УПРАВЛЕНИЕ ЖИЛИЩНО-КОММУНАЛЬНОГО ХОЗЯЙСТВА, ТОПЛИВА И ЭНЕРГЕТИКИ АДМИНИСТРАЦИИ ГОРОДА КОМСОМОЛЬСКА-НА-АМУРЕ ХАБАРОВСКОГО КРАЯ (подробнее) Ответчики: Министерство финансов Хабаровского края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