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«Научно- производственное предприятие «Технологии здоровья» удовлетворить. Предоставить обществу с ограниченной ответственностью «Научно- производственное предприятие «Технологии здоровья»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Свердловской области от 06.03.2020 по делу № А60-70463/2019, постановление Семнадцатого арбитражного апелляционного суда от 09.07.2020 и постановление Арбитражного суда Уральского округа от 22.10.2020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