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казенное учреждение «Объединение исправительных колоний № 4 Управления Федеральной службы исполнения наказаний по Кировской области» (переименовано в федеральное казенное учреждение «Исправительная колония № 27 с особыми условиями хозяйственной деятельности Управления Федеральной службы исполнения наказаний по Кировской области») обратилось в Арбитражный суд Кировской области с иском к обществу с ограниченной ответственностью «АРС» об обязании произвести безвозмездный гарантийный ремонт транспортного средства, взыскании денежных средств в случае неисполнения судебного акта и взыскании расходов по уплате государственной пошлины. Определением Арбитражного суда Кировской области от 17.09.2019 по ходатайству сторон назначена судебная экспертиза, проведение которой поручено федеральному бюджетному учреждению Кировская лаборатория судебной экспертизы Министерства юстиции Российской Федерации. Решением Арбитражного суда Кировской области от 21.11.2019 в удовлетворении иска отказано. Определением Арбитражного суда Кировской области от 29.05.2020 на учреждение возложена обязанность перечислить экспертному учреждению 45 360 рублей за проведение экспертизы. Постановлением Второго арбитражного апелляционного суда от 05.08.2020 определение суда оставлено без изменения. Арбитражный суд Волго-Вятского округа постановлением от 21.10.2020 указанные судебные акты оставил без изменения. Федеральное казенное учреждение «Исправительная колония № 27 с особыми условиями хозяйственной деятельности Управления Федеральной службы исполнения наказаний по Кировской области» обратилось в Судебную коллегию Верховного Суда Российской Федерации с кассационной жалобой на принятые судебные акты о взыскании судебных расходов,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вопрос о возмещении судебных издержек, подлежащих выплате эксперту, суды руководствовались положениями статей 101 , 106 , 110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04.04.2014 № 23 «О некоторых вопросах практики применения арбитражными судами законодательства об экспертизе», и исходили из того, что судебная экспертиза назначена по ходатайству сторон; денежные средства, причитающиеся эксперту, на депозитный счет суда не вносились; при решении вопроса о назначении экспертизы учреждение обязалось оплатить экспертизу на основании акта выполненных работ; отсутствуют доказательства неверного расчета или иной стоимости экспертизы.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казенному учреждению «Исправительная колония № 27 с особыми условиями хозяйственной деятельности Управления Федеральной службы исполнения наказаний по Кировской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ФКУ ИК-27 ОУХД УФСИН России по Кировской области (подробнее) Ответчики: ООО "АРС" (подробнее) Иные лица: Арбитражный суд Волго-Вятского округа (подробнее) Отделение полиции МО МВД РФ "Слободской" УМВД Кировской области (подробнее) ФБУ Кировская лаборатория судебной экспертизы Министерства юстиции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