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экономики Краснодарского края (далее – Министерство) обратилось в Арбитражный суд Краснодарского края с заявлением к Межрайонной инспекции Федеральной налоговой службы Российской Федерации № 16 по Краснодарскому краю (далее - Инспекция) о признании незаконным бездействия Инспекции (Единый центр регистрации индивидуальных предпринимателей и юридических лиц) по невнесению в Единый государственный реестр юридических лиц (далее – ЕГРЮЛ) записи о прекращении деятельности крестьянского (фермерского) хозяйства «Вера» (далее – КФХ «Вера»; ОГРН &lt;***&gt;) в связи с ликвидацией; возложении на Инспекцию обязанности принять меры по внесению в ЕГРЮЛ записи о прекращении деятельности КФХ «Вера» в связи с ликвидацией. К участию в деле в качестве третьего лица, не заявляющего самостоятельных требований относительно предмета спора, привлечено Управление Федеральной налоговой службы по Краснодарскому краю (далее – Управление). Решением Арбитражного суда Краснодарского края от 09.12.2019, оставленным без изменения постановлением Пятнадцатого арбитражного апелляционного суда от 10.06.2020 и постановлением Арбитражного суда Северо-Кавказского округа от 25.08.2020,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права. В обоснование доводов жалобы заявитель указывает, что зная о факте внесения в ЕГРЮЛ записи от 07.06.2008 № 20823447002890 о прекращении деятельности КФХ «Вера», суд не прекратил дело о его несостоятельности (банкротстве) и открыл конкурсное производство. По мнению Министерства, запись о реорганизации КФХ «Вера» внесена в ЕГРЮЛ регистрирующим органом с нарушением требований действующего законодательства. Отсутствие в ЕГРЮЛ записи о прекращении деятельности КФХ «Вера» порождает невозможность принятия решения о списании с балансового учета Министерства неликвидной задолженности перед бюджетом Краснодарского края.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Краснодарского края от 12.05.2006 по делу № А32-12142/2006 на основании заявления Федеральной налоговой службы инициировано дело о несостоятельности (банкротстве) в отношении КФХ «Вера» (ОГРН &lt;***&gt;). Решением Арбитражного суда Краснодарского края от 30.10.2008 КФХ «Вера» признано несостоятельным (банкротом), в отношении него открыто конкурсное производство. На основании определения Арбитражного суда Краснодарского края от 24.09.2012 требования Министерства включены в третью очередь реестра требований кредиторов КФХ «Вера» в размере 459 786 рублей 38 копеек. Определением Арбитражного суда Краснодарского края от 25.02.2013 конкурсное производство в отношении КФХ «Вера» завершено. Требования Министерства по итогам процедуры конкурсного производства в отношении КФХ «Вера» не погашены в полном объеме. В целях принятия решения о списании с балансового учета неликвидной задолженности КФХ «Вера» перед бюджетом Краснодарского края, Министерству необходим документ, содержащий сведения из ЕГРЮЛ о прекращении деятельности в связи с ликвидацией организации-плательщика платежей в бюджет (подпункт «в» пункта 3 Постановления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Федерации»). По состоянию на 05.08.2019 в отношении КФХ «Вера» запись о ликвидации в связи с завершением процедуры банкротства в ЕГРЮЛ не внесена. Министерство 07.08.2019 обратилось в Инспекцию с заявлением о внесении в ЕГРЮЛ записи о ликвидации КФХ «Вера» в связи с завершением процедуры банкротства. Письмом от 14.08.2019 № 07-10/54915 Инспекция направила в Министерство информацию о невозможности внесения в ЕГРЮЛ записи о ликвидации КФХ «Вера» в связи с завершением процедуры банкротства, так как 07.06.2008 ИФНС по Приморско-Ахтарскому району Краснодарского края в ЕГРЮЛ внесена запись ГРН 2082347002890 о прекращении КФХ «Вера» в связи с приобретением главой крестьянского (фермерского) хозяйства статуса индивидуального предпринимателя без образования юридического лица. Указанные обстоятельства послужили основанием для обращения министерства в суд с заявлением. Исследовав и оценив по правилам статьи 71 АПК РФ представленные доказательства, руководствуясь статьей 49 Гражданского кодекса Российской Федерации, статьями 64, 149 Федерального закона от 26.10.2002 № 127-ФЗ «О несостоятельности (банкротстве)», статьей 23 Федерального закона от 08.08.2001 № 129-ФЗ «О государственной регистрации юридических лиц и индивидуальных предпринимателей», статьей 7 Федерального закона от 30.11.1994 № 52-ФЗ «О введении в действие части первой Гражданского кодекса Российской Федерации», суды отказали в удовлетворении требований, не установив бездействия Инспекции. При этом судебными инстанциями учтено, что запись от 07.06.2008 ГРН 2082347002890 о прекращении КФХ «Вера» в связи с приобретением главой крестьянского (фермерского) хозяйства статуса индивидуального предпринимателя без образования юридического лица в рамках рассмотренного дела не оспаривалась; недействительной не признана.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экономики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Министерство экономики КК (подробнее) Министерство экономики Краснодарского края (подробнее) Ответчики: Межрайонная ИФНС №16 по Краснодарскому краю (подробнее) МИФНС России №16 по КК (подробнее) Иные лица: Крестьянское (фермерское) хозяйство "Вера" (подробнее) УФНС по КК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