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кооператива ФИО1 обратилась в суд с заявлением о признании незаконным бездействия конкурсного управляющего должником ФИО2 (далее – конкурсный управляющий), выразившегося в не предъявлении им требований о взыскании дополнительных взносов с членов кооператива. Определением Арбитражного суда города Санкт-Петербурга и Ленинградской области от 07.12.2018, оставленным без изменения постановлениями Тринадцатого арбитражного апелляционного суда от 05.03.2019 и Арбитражного суда Северо-Западного округа от 10.06.2019,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направить обособленный спор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123.1 - 123.3 Гражданского кодекса Российской Федерации, статьей 110 Жилищного кодекса Российской Федерации, статьями 20.3, 60, 129 Федерального закона от 26.10.2002 № 127-ФЗ «О несостоятельности (банкротстве)», указали на отсутствие оснований для признания незаконным оспариваемого бездействия конкурсного управляющего ФИО2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13 арбитражный суд (подробнее) Алёхина Валентина Викторовна (подробнее) Алёхина Валерия Владимировна (подробнее) АЛЬЯНС УПРАВЛЯЮЩИХ (подробнее) Андреева (Молодкина) Ольга Александровна (подробнее) а/у Кузьменков М.В. (подробнее) в/у Садриев Виктор Семенович (подробнее) ГОРБУНОВА НАТАЛЬЯ БОРИСОВНА (подробнее) Ёрпылева Валентина Александровна (подробнее) ЖИЛИЩНО-СТРОИТЕЛЬНЫЙ КООПЕРАТИВ "ЛАГОЛОВО" (подробнее) Жилищный комитет Санкт-Петербурга (подробнее) ЗАВЬЯЛОВ ВЯЧЕСЛАВ ВИКТОРОВИЧ (подробнее) ЗАХАРЕНКО ВЛАДИМИР ЛЬВОВИЧ (подробнее) ЗАХАРЕНКО ИГОРЬ ВЛАДИМИРОВИЧ (подробнее) Зуев Владимир Петрович, Зуева Наталья Петровна (подробнее) ИФНС 11 (подробнее) Казаков Андрей Геннадьевич, Казакова Елена Владимировна, Казакова Ксения Андреевна (подробнее) Корчёмкин Сергей Владимирович (подробнее) К/у ЖСК "ЛАГОЛОВО" Кузьменков М.В. (подробнее) Кузьмичёва Виктория Юрьевна (подробнее) К/у Кузьменков М.В. (подробнее) МАЙОРОВ СЕРГЕЙ АЛЕКСАНДРОВИЧ (подробнее) НП СРО АУ "Альянс Управляющих" (подробнее) НП СРО АУ- "Межрегиональная саморегулируемая организация профессиональных арбитражных управляющих "Альянс управляющих" (подробнее) ООО "ГРАНД ПЕТЕРГОФ" (подробнее) ООО "Корпорация "Мегаполис" (подробнее) Опарина Ольга Георгиевна действующая от своего имени и в качестве законного представителя ; Опарина Платона Алексеевича, Опарина Мирона Алексеевича, Опарина Савелия Алексеевича (подробнее) ПАО "Витабанк" (подробнее) СРО АУ-НП "Межрегиональная саморегулируемая организация профессиональных арбитражных управляющих "Альянс управляющих" (подробнее) Управление Росреестра по Ленинградской области (подробнее) Управление Росреестра по Санкт-Петербургу (подробнее) Управление Росреестра по СПб (подробнее) УФНС по СПб (подробнее) ФНС России Межрайонная инспекция №11 по Санкт-Петербургу (подробнее) члены ЖСК "Лаголово" Левуш В.Р., Левуш Р.В., Левуш О.А., Левуш С.В., Левуш М.В., Левуш А.В. (подробнее) Штолина (Корельская) Надежда Борисовна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