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14.11.2019, оставленным без изменения постановлениями Двадцать первого арбитражного апелляционного суда от 13.02.2020 и Арбитражного суда Центрального округа от 04.08.2020, в удовлетворении заявленных требований отказано.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постановлением судебного пристава-исполнителя возбуждено исполнительное производство № 4755/19/82006-ИП на основании постановления инспекции от 15.04.2019 № 1319 о взыскании за счет имущества предпринимателя задолженности в размере 32 594 рублей 16 копеек. Постановлением заместителя старшего судебного пристава отдела ФИО2 от 11.06.2019 отказано в удовлетворении жалобы предпринимателя на действия судебного пристава-исполнителя по вынесению постановления о возбуждении исполнительного производства. Не согласившись с указанными постановлениями и действиями службы судебных приставов, предприниматель обратился в арбитражный суд. Оценив представленные в дело доказательства в соответствии со статьей 71 Арбитражного процессуального кодекса Российской Федерации, руководствуясь положениями статей 198 , 329 Арбитражного процессуального кодекса Российской Федерации, пункта 1 статьи 47 Налогового кодекса Российской Федерации, Федерального закона от 02.10.2009 № 229-ФЗ «Об исполнительном производстве», Федерального закона от 21.07.1997 № 118-ФЗ «О судебных приставах», суды пришли к выводу о том, что требования предпринимателя не подлежат удовлетворению. При этом судебные инстанции исходили из отсутствия у судебного пристава-исполнителя правовых оснований для отказа в возбуждении исполнительного производства на основании постановления инспекции и возвращения исполнительного документа взыскателю.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Красников Анатолий Иванович (подробнее) Ответчики: Заместитель начальника отдела - заместитель старшего судебного пристава ОСП по г. Алуште УФССП России по Республике Крым КОЗЛОВ ЕВГЕНИЙ ИВАНОВИЧ (подробнее) ОТДЕЛ СУДЕБНЫХ ПРИСТАВОВ ПО ГОРОДУ АЛУШТЕ УПРАВЛЕНИЯ ФЕДЕРАЛЬНОЙ СЛУЖБЫ СУДЕБНЫХ ПРИСТАВОВ ПО РЕСПУБЛИКЕ КРЫМ (подробнее) Иные лица: МЕЖРАЙОННАЯ ИНСПЕКЦИЯ ФЕДЕРАЛЬНОЙ НАЛОГОВОЙ СЛУЖБЫ №8 ПО РЕСПУБЛИКЕ КРЫМ (подробнее) ОСП ПО г. АЛУШТЕ УФССП ПО РЕСПУБЛИКЕ КРЫМ (подробнее) УПРАВЛЕНИЕ ФЕДЕРАЛЬНОЙ СЛУЖБЫ СУДЕБНЫХ ПРИСТАВОВ ПО РЕСПУБЛИКЕ КРЫМ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