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«СоЛЮД» обратилось в Арбитражный суд Кировской области с иском к публичному акционерному обществу «Норвик Банк» о признании прекращенными с 05.04.2018 обязательств, вытекающих из договора поручительства от 22.12.2015 № 2021- 6758/008, заключенного в обеспечение обязательств общества с ограниченной ответственностью Научно-Производственная Фирма «Республиканский Молочный Завод» по договору об открытии возобновляемой кредитной линии от 22.12.2015 № 2021-6758. К участию в деле в качестве третьих лиц, не заявляющих самостоятельных требований относительно предмета спора, привлечены общество с ограниченной ответственностью Научно-Производственная Фирма «Республиканский Молочный Завод» в лице конкурсного управляющего ФИО1, ФИО2 и его финансовый управляющий ФИО3. Решением Арбитражного суда Кировской области от 07.03.2020 в удовлетворении иска отказано. Постановлением Второго арбитражного апелляционного суда от 13.05.2020 решение суда первой инстанции оставлено без изменения. Арбитражный суд Волго-Вятского округа постановлением от 01.09.2020 указанные судебные акты оставил без изменения. Общество с ограниченной ответственностью «СоЛЮД»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и отказывая в удовлетворении иска, суды руководствовались положениями статей 329 , 361 , 363 , 367 Гражданского кодекса Российской Федерации, статьей 69 Арбитражного процессуального кодекса Российской Федерации и исходили из отсутствия оснований для прекращения поручительства с учетом установленных судом общей юрисдикции фактических обстоятельств и недобросовестности истца. При этом, оценив действия общества в процессе рассмотрения дела судом общей юрисдикции и на стадии его исполнения, суды пришли к выводу о том, что при надлежащем осуществлении и использовании своих прав поручитель, участвовавший в рассмотрении дела, имел достаточно времени и возможности для реализации своих прав на судебную защиту, однако, своими правами не воспользовался; истец частично исполнял свои обязательства поручителя в течение продолжительного периода времени, что свидетельствует о его волеизъявлении на сохранение спорного обязательства, а подавая настоящий иск, действовал недобросовестно, с превышением пределов осуществления гражданских прав. Доводы жалобы выводы судов не опровергают, не подтверждают существенных нарушений норм материального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«СоЛЮД»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"СОЛЮД" (подробнее) Ответчики: ПАО "Норвик Банк" (подробнее) Иные лица: ООО Девятых Геннадий Яковлевич конкурсный управляющий НПФ "Республиканский Молочный Завод" (подробнее) ф/у Скоркин И.С. (подробнее) Судьи дела: Зарубина Е.Н. (судья) (подробнее)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