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«Торговый дом Северобалт» Малышева Евгения Владимирович удовлетворить. Предоставить обществу с ограниченной ответственностью «Торговый дом Северобалт»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