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Джуликян Армен Айкович (далее – Джуликян А.А.) и индивидуальный предприниматель Муталлапов Нурани Саитгалиевич обратились в Верховный Суд Российской Федерации с кассационными жалобами на решение Арбитражного суда Саратовской области от 03.07.2019 и постановление Арбитражного суда Поволжского округа от 08.11.2019 по делу № А57-26100/2018. Определением от 30.09.2020 кассационные жалобы заявителей с делом переданы для рассмотрения в судебном заседании Судебной коллегии по экономическим спорам Верховного Суда Российской Федерации. 2 Определением от 22.10.2020 рассмотрение кассационных жалоб заявителей отложено на 10.12.2020 на 11 часов 00 минут. В Верховный Суд Российской Федерации поступило ходатайство Джуликяна А.А.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видеоконференц-связи при содействии Арбитражного суда Саратовской области. Учитывая наличие технической возможности осуществления видеоконференц-связи с Арбитражным судом Саратовской области 10 декабря 2020 года в 11 часов 00 минут (время московское), ходатайство подлежит удовлетворению. В силу статьи 73 и части 2 статьи 153.1 Арбитражного процессуального кодекса Российской Федерации Верховный Суд Российской Федерации поручает Арбитражному суду Саратовской области организацию видеоконференц-связи в целях участия Джуликяна А.А. в судебном заседании Судебной коллегии по экономическим спорам Верховного Суда Российской Федерации 10.12.2020. Руководствуясь статьями 73, 153.1, 159, 184, 185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Джуликяна Армена Айковича удовлетворить. Поручить Арбитражному суду Саратовской области: - организовать видеоконференц-связь в здании Арбитражного суда Саратовской области (410002, г. Саратов, ул. Бабушкин Взвоз, д. 1) в целях участия индивидуального предпринимателя Джуликяна Армена Айковича в судебном заседании Судебной коллегии по экономическим спорам Верховного Суда Российской Федерации, назначенном на 11 часов 00 минут (время московское) 10 декабря 2020 года по адресу: г. Москва, ул. Поварская, д. 15; - известить индивидуального предпринимателя Джуликяна Армена Айковича (413106, Саратовская обл., г. Энгельс, Киевский пер., 3) о явке 10.12.2020 в 11 часов 00 минут (время московское) в Арбитражный суд Саратовской области (410002, г. Саратов, ул. Бабушкин Взвоз, д. 1) для участия в судебном заседании Судебной коллегии по экономическим спорам 3 Верховного Суда Российской Федерации путем использования системы видеоконференц-связи; - проверить явку лиц, участвующих в деле, их представителей, установить личность явившихся лиц, проверить их полномочия, истребовать доверенности и выяснить вопрос о возможности их участия в соответствии с правилами, установленными частью 2 статьи 153 Арбитражного процессуального кодекса Российской Федерации; - осуществить контроль за обеспечением технической возможности проведения данного судебного заседания; - в сроки, установленные в части 4 статьи 153.1 Арбитражного процессуального кодекса Российской Федерации,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 протокол судебного заседания и копии документов, удостоверяющих полномочия лиц, участвующих в деле, либо их представителей. Председательствующий-судья Н.С. Чучунова судья Е.Е. Борисова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