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08.07.2020,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жилищно-коммунального хозяйства, топлива и энергетики администрации города Комсомольска-на-Амуре Хабаровского края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