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настоящего Кодекса. В соответствии с пунктом 1 статьи 333.41 Налогового кодекса Российской Федерации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Согласно пункту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отсрочка или рассрочка уплаты государственной пошлины, уменьшение ее размера производится по письменному ходатайству заинтересованной стороны. При этом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обращении в суд.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-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Ходатайство об отсрочке или рассрочке уплаты государственной пошлины, уменьшении ее размера может быть удовлетворено арбитражным судом только в тех случаях, когда представленные документы свидетельствуют об отсутствии на банковских счетах денежных средств в размере, необходимом для уплаты государственной пошлины. При отсутствии таких документов в удовлетворении ходатайства должно быть отказано. 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то есть в размере 3000 рублей. Между тем, доказательств, свидетельствующих о том, что имущественное положение заявителя не позволяет ему уплатить государственную пошлину в установленном размере при обращении в суд, не представлено. При таких обстоятельствах в удовлетворении ходатайства предпринимателя о предоставлении отсрочки уплаты государственной пошлины следует отказать, а кассационную жалобу возвратить заявителю без рассмотрения по существу на основании статьи 291.5 Арбитражного процессуального кодекса Российской Федерации. На основании изложенного, руководствуясь статьями 102 , 184 Арбитражного процессуального кодекса Российской Федерации, статьями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Даминова Рустема Самигулловича о предоставлении отсрочки уплаты государственной пошлины отказать. Кассационную жалобу индивидуального предпринимателя ФИО1 на решение Арбитражного суда Республики Татарстан от 17.12.2019 по делу № А65-27442/2019, постановление Одиннадцатого арбитражного апелляционного суда от 02.03.2020 и постановление Суда по интеллектуальным правам от 16.06.2020 по тому же делу возвратить заявителю. Судья Верховного Суда Хатыпова Р. А. Российской Федерации Суд: Верховный Суд РФ (подробнее) Истцы: Entertaiment One UK Limited, London (подробнее) Entertaiment One UK Limited, г.Набережные Челны (подробнее) Entertaiment One UK Limited, Лондон (подробнее) Ответчики: ИП Даминов Рустем Самигуллович, г.Альметьевск (подробнее) Иные лица: Межрайонная инспекция Федеральной налоговой службы №16 по Республике Татарстан, г.Альметьевск (подробнее) Одиннадцатый Арбитражный апелляционный суд (подробнее) Суд по интеллектуальным правам (подробнее) Судьи дела: Хатыпова Р.А. (судья) (подробнее) Последние документы по делу: Определение от 6 ноября 2020 г. по делу № А65-27442/2019 Определение от 15 сентября 2020 г. по делу № А65-27442/2019 Определение от 21 августа 2020 г. по делу № А65-27442/2019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