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«Эко-Сити» (далее – общество) обратилось в Арбитражный суд Ставропольского края с заявлением к Управлению Ставропольского края по строительному и жилищному надзору (далее – административный орган) о признании незаконными и отмене постановления от 05.03.2019 № 16 о привлечении к административной ответственности, предусмотренной статьей 7.23 Кодекса Российской Федерации об административных правонарушениях (далее – КоАП РФ), а также предписаний от 18.02.2019 № 185 и № 186. К участию в деле в качестве третьих лиц, не заявляющих самостоятельные требования, привлечены ФИО1 и ФИО2 Решением Арбитражного суда Ставропольского края от 16.10.2019, оставленным без изменения постановлением Шестнадцатого арбитражного апелляционного суда от 10.03.2020, обществу отказано в удовлетворении заявленных требований. Арбитражный суд Северо-Кавказского округа постановлением от 30.06.2020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региональным оператором по обращению с твердыми коммунальными отходами (далее – ТКО), в нарушение подпункта "а" пункта 148 (22)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общество 09.06.2018, 28.11.2018 и 05.12.2018 не вывозило ТКО у собственника спорного дома, суды пришли к выводу о наличии в действиях общества состава административного правонарушения, ответственность за которое установлена статьей 7.23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органа, а также правомерными оспариваемые предписания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Исследовав данные системы ГЛОНАСС и маршрутные журналы, суды выявили расхождения, свидетельствующие о ненадлежащем исполнении региональным оператором обязательств по вывозу ТКО. В связи с тем, что маршрутные журналы заполняются самим водителем, который является заинтересованным лицом и уклоняется от привлечения к ответственности за неоказание коммунальной услуги и наложения санкций, суды приняли во внимание данные системы ГЛОНАСС, а сведения в маршрутном журнале признали противоречащими системе ГЛОНАСС. Доказательств неисправности в спорные дни (09.06.2018, 28.11.2018, 05.12.2018) системы ГЛОНАСС из-за технического сбоя в работе системы в материалы дела не представлено.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"Эко-Сити" (подробнее) Ответчики: Управление Ск - госжилинспекция (подробнее) Управление СК по строительному и жилищному надзору (подробнее) управление Ставропольского края по строительному и жилищному надзору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