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«МАИ+3Н» (далее – Общество) обратилось в Арбитражный суд Самарской области с требованиями , уточненными в порядке статьи 49 Арбитражного процессуального кодекса Российской Федерации (далее – АПК РФ), к администрации сельского поселения Подстепки муниципального района Ставропольский Самарской области (далее – Администрация) обязать Админтистрацию подать в регистрирующий орган заявление о постановке на учет, как бесхозяйного следующего недвижимого имущества - электрических сетей: - питающих многоквартирный дом № 1 по адресу: с.п. Подстепки, м. р. Ставропольский Самарской области, пер. Лазурный от КТП 1102, фидера 10, до стены дома и сетей наружного, торшерного освещения вокруг этого дома; - питающих многоквартирный дом № 3 по адресу: с.п. Подстепки м. р. Ставропольский Самарской области, пер. Лазурный от КТП 1102, фидера 9, 7, до стены дома и сетей наружного, торшерного освещения вокруг этого дома; - питающих многоквартирный дом № 5 по адресу: с.п. Подстепки м. р. Ставропольский Самарской области, пер. Лазурный от КТП 1102, фидера 5, 12, до стены дома и сетей наружного, торшерного освещения вокруг этого дома; - питающих многоквартирный дом № 7 по адресу: с.п. Подстепки м. р. Ставропольский Самарской области, пер. Лазурный от КТП 1102, фидера 6, 13, до стены дома и сетей наружного, торшерного освещения вокруг этого дома; - питающих многоквартирный дом № 9 по адресу: с.п. Подстепки м. р. Ставропольский Самарской области, пер. Лазурный от КТП 1102, фидера 10 до стены дома и сетей наружного, торшерного освещения вокруг этого дома; - питающих многоквартирный дом № 11 по адресу: с.п. Подстепки м. р. Ставропольский Самарской области, пер. Лазурный от КТП 1103, фидера 3, 11, до стены дома и сетей наружного, торшерного освещения вокруг этого дома; - питающих многоквартирный дом № 29 по адресу: с.п. Подстепки м. р. Ставропольский Самарской области, ул. 40 лет Победы от КТП 1101, фидера 5, 8, до стены дома и сетей наружного, торшерного освещения вокруг этого дома; - питающих многоквартирный дом № 4а по адресу: с.п. Подстепки м. р. Ставропольский Самарской области, ул. 40 лет Победы от КТП 1101, фидера 3,6, до стены дома и сетей наружного, торшерного освещения вокруг этого дома (далее - спорные объекты).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«Межрегиональная распределительная сетевая компания Волги» (далеесетевая компания Волги) и публичное акционерное общество энергетики и электрификации «Самараэнерго» (далее - общество «Самараэнерго»). Решением Арбитражного суда Самарской области от 27.09.2019, оставленным без изменения постановлением Одиннадцатого арбитражного апелляционного суда от 12.12.2019 и постановлением Арбитражного суда Поволжского округа от 03.07.2020,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спорные электрические сети являются бесхозяйным имуществом, акт разграничения их балансовой принадлежности был подписан на момент владения названными сетями застройщиком.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«МАИ+3Н» является обслуживающей организацией многоквартирных домов № 1,3, 5, 7, 9, 11 по пер. Лазурному и домов № 29, 4а по ул. 40 лет Победы в сельском поселении Подстепки муниципального района Ставропольский Самарской области. Застройщиком жилого массива являлось общество с ограниченной ответственностью «Нобус» (далее – общество «Нобус»), которое в последующем прекратило свою деятельность в связи с исключением из ЕГРЮЛ 16.06.2016. Общество, полагая, что электрические сети, питающие вышеназванные многоквартирные дома относятся к бесхозяйному имуществу, обратилось в Администрацию с требованием от 27.06.2017 № 616 о подаче им заявления в регистрирующий орган для постановки на учет спорных бесхозяйственных объектов. Администрация оставила требование без удовлетворения. Ссылаясь на указанные обстоятельства, общество «МАИ+3Н»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 , 225 Гражданского кодекса Российской Федерации, статьей 36 Жилищного кодекса Российской Федерации, статьями 14, 16 Федерального закона от 06.10.2003 № 131-ФЗ «Об общих принципах организации местного самоуправления в Российской Федерации», статьями 28, 38 Федерального закона от 26.03.2003 № 35-ФЗ «Об электроэнергетике»,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суды правомерно отказали в удовлетворении требований, установив, что спорные участки электрических сетей входят в состав сооружений, обеспечивающих электроснабжение исключительно многоквартирного дома, и находятся в эксплуатационной ответственности управляющей организации. Судебные инстанции правомерно отметили, что общество «МАИ+3Н» является исполнителем коммунальных услуг и приобретает их у ресурсоснабжающих организаций, соответствующие правоотношения которых регулируются заключаемым между ними договором. Учитывая, что вопросы об эксплуатационной ответственности абонента и ресурсоснабжающей организации определяются условиями заключенного между ними договора, стороной которого Администрация не является, то ее действия (бездействие) в отношении спорного имущества не могут повлиять на права и законные интересы заявителя, выступающего от имени собственников управляемого им дома.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«МАИ+3Н»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"МАИ+3Н" (подробнее) Ответчики: Администрация сельского поселения Подстепки муниципального района Ставропольский Самарской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