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областное государственное унитарное энергетическое предприятие «Электросетевая компания по эксплуатации электрических сетей «Облкоммунэнерго» (далее – предприятие) обратилось в Арбитражный суд Иркутской области с заявлением к Управлению Федеральной антимонопольной службы по Иркутской области (далее – антимонопольный орган) о признании незаконным и отмене постановления от 15.05.2019 № 038/234/19 о привлечении к административной ответственности, предусмотренной частью 2 статьи 9.21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самостоятельных требований, привлечены ФИО1 и открытое акционерное общество «Иркутская электросетевая компания». Решением Арбитражного суда Иркутской области от 10.03.2020, оставленным без изменения постановлением Четвертого арбитражного апелляционного суда от 02.06.2020, предприятию отказано в удовлетворении заявления. Арбитражный суд Восточно-Сибирского округа постановлением от 07.08.2020 оставил без изменения решение суда первой инстанции и постановление суда апелляционной инстанции. Предприятие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антимонопольного органа от 15.05.2019 № 038/234/19 предприятие привлечено к административной ответственности, предусмотренной частью 2 статьи 9.21 КоАП РФ, с назначением наказания в виде административного штрафа в размере 300 000 рублей. Не согласившись с указанным постановлением антимонопольного органа, предприятие оспорило его в арбитражном суде. Оценив представленные в материалы дела доказательства и установив, что в нарушение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получив заявку Лазарева С.Г. на технологическое присоединение энергопринимающего устройства к сетям предприятия, предприятие не направило указанному лицу проект договора технологического присоединения, указав при этом на отказ в необходимости определения принадлежности ближайших электрических сетей, а также на необходимость решения вопросов по технологическому присоединению с ДНТ «Янтарь» и аннулирование предприятием заявки на технологическое присоединение, суды пришли к выводу о наличии в действиях предприятия состава административного правонарушения, ответственность за которое установлена частью 2 статьи 9.21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привлечение предприятия к административной ответственности, предусмотренной частью 2 статьи 9.21 КоАП РФ, за вменяемое по настоящему делу противоправное деяние, и отказали предприятию в удовлетворении заявленных требований. Обжалуя судебные акты в Верховный Суд Российской Федерации, предприятие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предприятием вмененного правонарушения. Доводы предприятия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предприятием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предприятия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Областное государственное унитарное энергетическое предприятие "Электросетевая компания по эксплуатации электрических сетей "Облкоммунэнерго" (подробнее) ОГУЭП "Электросетевая компания по эксплуатации электрических сетей "Облкоммунэнерго" (подробнее) Ответчики: Управление Федеральной антимонопольной службы по Иркутской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