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«Южная многоотраслевая корпорация» (далее – общество) обратилось в Арбитражный суд Краснодарского края с заявлением к государственному учреждению – Краснодарское региональное отделение Фонда социального страхования Российской Федерации филиал № 1 (далее – фонд) о признании недействительным решения от 31.05.2019 № 159, а также об обязании принять к зачету расходы на выплату страхового обеспечения по обязательному социальному страхованию на случай временной нетрудоспособности и в связи с материнством в размере 105 400 рублей 74 копейки. Решением Арбитражного суда Краснодарского края от 26.09.2019, оставленным без изменения постановлением Пятнадцатого арбитражного апелляционного суда от 07.02.2020, обществу отказано в удовлетворении заявленных требований. Арбитражный суд Северо-Кавказского округа постановлением от 26.06.2020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общество искусственно создало ситуацию по изменению режима работы работникам (беременным сотрудницам) с 0,5 ставки на полную ставку в целях получения средств из Фонда социального страхования Российской Федерации в виде пособия по беременности и родам в завышенных размерах, суды пришли к выводу о правомерности оспариваемого решения фонда о непринятии к зачету расходов на выплату страхового обеспечения по обязательному социальному страхованию на случай временной нетрудоспособности и в связи с материнством в размере 105 400 рублей 74 копейки. Установив все обстоятельства, имеющие существенное значение для рассмотрения дела, на основании полного и всестороннего исследования и оценки имеющихся в деле доказательств в их совокупности и взаимосвязи, суды отказали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обстоятельствам. Выводы судов основаны на представленных в деле доказательствах, которые свидетельствуют о том, что исполнение спорными сотрудницами должностных обязанностей в увеличенном объеме до полной ставки не подтверждено.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ОАО Южная многоотраслевая корпорация " (подробнее) Ответчики: Государственное учреждение - Краснодарский региональный Фонд социального страхования Российской Федерации (подробнее) ГУ Краснодарское региональное отделение Фонда социального страхования РФ (подробнее) Краснодарское региональное отделение ФСС РФ Филиал №1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