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20.11.2019, оставленным без изменения постановлением Восьмого арбитражного апелляционного суда от 27.02.2020 и постановлением Арбитражного суда Западно-Сибирского округа от 19.06.2020, исковое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 и установлено судами, постановлением Губернатора Тюменской области от 10.11.2017 № 133 «Об установлении ограничительных мероприятий (карантина) по АЧС на территории Исетского района Тюменской области» с 10.11.2017 по 10.12.2017 установлены ограничительные мероприятия (карантин) в связи с выявленным вирусом африканской чумы свиней (далее - АЧС) на территории эпизоотического очага, расположенного в границах территории свинокомплекса, принадлежащего обществу и расположенного в селе Шорохово Исетского района Тюменской области; первой угрожаемой зоны, расположенной в пределах границ в радиусе 5 километров от эпизоотического очага; во второй угрожаемой зоне, в которую входят все населенные пункты Исетского района Тюменской области. Правительством принято распоряжение от 10.11.2017 № 1357-рп «Об организации и проведении отчуждения животных и изъятия продуктов свиноводства в Исетском районе». Во исполнение распоряжения Губернатора Тюменской области от 10.11.2017 № 1357-рп «Об организации и проведении отчуждения животных и изъятии продуктов свиноводства в Исетском районе» управлением издан приказ от 10.11.2017 № 297-ос «Об образовании специальной комиссии по отчуждению свиней и изъятию продуктов свиноводства» и на основании постановления администрации от 10.11.2017 № 119 введен режим «Чрезвычайная ситуация по эпизоотии» в Исетском муниципальном районе. Губернатором Тюменской области 12.11.2017 принято постановление № 134 «О предупреждении распространения АЧС и исключении возможного возникновения чрезвычайной ситуации». Законом Тюменской области от 15.12.2017 № 110 «О выплатах в связи с возникновением очага АЧС на территории Исетского района Тюменской области в ноябре 2017 года» предусмотрены компенсационные выплаты. Кроме того, Правительством приняты распоряжения от 12.11.2017 № 1358-рп «О выделении средств», которым предусмотрено выделение денежных средств управлению для государственных автономных учреждений для финансирования расходов по ликвидации очага АЧС и предотвращению распространения заболевания в Тюменской области; от 08.12.2017 № 1444-рп «О выделении средств», предусматривающее выделение денежных средств Департаменту жилищно-коммунального хозяйства Тюменской области для направления в бюджет муниципального образования Исетский муниципальный район на финансирование мероприятий по ликвидации чрезвычайной ситуации по эпизоотии – АЧС на территории Шороховского сельского поселения. Затраты на ликвидацию очага АЧС и его последствий в общем объеме составили 58 942 799 рублей 38 копеек. Полагая, что в результате допущенных сотрудником общества нарушений ветеринарно-санитарных правил причинен ущерб бюджету Тюменской области, выразившийся в затратах на ликвидацию очага АЧС и его последствий, правительство обратилось в арбитражный суд с иском о взыскании убытков. Исследовав и оценив представленные в материалы дела доказательства, суды, руководствуясь положениями Гражданского кодекса Российской Федерации, Федерального закона от 21.12.1994 № 68-ФЗ «О защите населения и территорий от чрезвычайных ситуаций природного и техногенного характера»,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РФ», приказом Министерства сельского хозяйства Российской Федерации от 23.07.2010 № 258 «Об утверждении Правил определения зоосанитарного статуса свиноводческих хозяйств, а также организаций, осуществляющих убой свиней, переработку и хранение продукции свиноводства», приказом Министерства сельского хозяйства Российской Федерации 31.05.2016 № 213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африканской чумы свиней», Закона Тюменской области от 15.12.2017 № 110 «О выплатах в связи с возникновением очага африканской чумы свиней на территории Исетского района Тюменской области в ноябре 2017 года», постановления Правительства Тюменской области от 28.02.2018 № 64-п «Об утверждении порядка предоставления юридическим лицам, осуществляющим деятельность по переработке продукции свиноводства на территории первой угрожаемой зоны, определенной при установлении ограничительных мероприятий, а также юридическим лицам, использовавшим в производстве продукцию свиноводства, поступившую до установления ограничительных мероприятий с территорий, признанных эпизоотическим очагом и (или) первой угрожаемой зоной в связи с возникновением очага африканской чумы свиней на территории Исетского района Тюменской области в ноябре 2017 года, единовременной денежной компенсации понесенного ими ущерба, причиненного в результате добровольного уничтожения продукции свиноводства и (или) продуктов ее переработки», учитывая разъяснения, изложенные в постановлениях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правовых оснований для взыскания убытков с ответчика в заявленной сумме. Судами учтены судебные акты Арбитражного суда Тюменской области по делам № А70-16643/2017, № А70-17112/2017, № А70-17221/2017, № А70-1180/2019, № А70-18591/2017, а также постановление Исетского районного суда Тюменской области от 18.01.2018 по делу № 1-10/2018 о прекращении производства по делу; установлен факт причинения ущерба бюджету Тюменской области в размере произведенных затрат на ликвидацию очага АЧС и его последствий, причинно-следственная связь между данными убытками и виновным деянием общества, выразившемся в допущении множественных нарушений ветеринарных правил, которые повлекли за собой возникновение очага АЧС на территории общества и последующее возникновение ущерба.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Правительство Тюменской области (подробнее) Ответчики: ООО "Комплекс" (подробнее) Иные лица: 8 ААС (подробнее) Арбитражный суд Западно-Сибирского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