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ЕКАТЕРИНБУРГСКОЕ ВОДОПРОВОДНО-КАНАЛИЗАЦИОННОГО ХОЗЯЙСТВА (подробнее) Региональная энергетическая комиссия Свердловской области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