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Краснодар</w:t>
      </w:r>
    </w:p>
    <w:p>
      <w:pPr>
        <w:spacing w:after="200"/>
        <w:jc w:val="center"/>
      </w:pPr>
      <w:r>
        <w:rPr>
          <w:rFonts w:ascii="Times New Roman" w:hAnsi="Times New Roman" w:eastAsia="Times New Roman" w:cs="Times New Roman"/>
          <w:b w:val="0"/>
          <w:i w:val="0"/>
          <w:sz w:val="22"/>
        </w:rPr>
        <w:t>6 октября 2020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ВЕРХОВНЫЙ СУД РОССИЙСКОЙ ФЕДЕРАЦИИ № 308-ЭС20-14184 ОПРЕДЕЛЕНИ Е г. Москва 06 октября 2020 г. Судья Верховного Суда Российской Федерации Антонова М.К., изучив кассационную жалобу администрации муниципального образования</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25.12.2019 обратилось в суд первой инстанции с заявлением о принятии временных обеспечительных мер в виде приостановления действия оспариваемого приказа в части отмены с 31.12.2019 муниципального маршрута 2 регулярных перевозок в границах муниципального образования город Краснодар № 85. Определением Арбитражного суда Краснодарского края от 26.12.2019, оставленным без изменения постановлением Пятнадцатого арбитражного апелляционного суда от 13.03.2020 и постановлением Арбитражного суда Северо-Кавказского округа от 29.06.2020, заявление удовлетворено. В кассационной жалобе, поданной в Верховный Суд Российской Федерации, администрация, ссылаясь на существенное нарушение норм права, просит отменить принятые судебные акты и отказать в удовлетворении заявления о принятии обеспечительных мер.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Удовлетворяя заявление, суд первой инстанции, исследовав и оценив представленные в обоснование заявления доказательства, руководствуясь положениями статей 90, 92 Арбитражного процессуального кодекса Российской Федерации, учитывая разъяснения, изложенные в пунктах 9, 29 постановления Пленума Высшего Арбитражного Суда Российской Федерации от 12.10.2006 № 55 «О применении арбитражными судами обеспечительных мер», исходил из того, что заявленные обеспечительные меры направлены на сохранение существующих правоотношений сторон. Суд также отметил наличие угрозы причинения материального ущерба заявителю, нарушения баланса интересов участвующих в деле и иных заинтересованных в транспортном обслуживании лиц, необходимость устранения социальной напряженности с учетом значимости муниципальной транспортной инфраструктуры и регулярных перевозок пассажирским транспортом в границах муниципального образования город Краснодар. Суды апелляционной инстанции и округа поддержали выводы суда первой инстанции. 3 Выводы судов соответствуют нормам права, оснований для переоценки этих выводов по доводам жалобы не имеется. Нарушений норм процессуального права, влекущих за собой безусловную отмену указанных судебных актов, судами не допущено. В связи с отказом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ходатайство администрации о приостановлении исполнения судебных актов остается без рассмотрения. Учитывая изложенное,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администрации муниципального образования город Краснодар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