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25.06.2020,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«Научно-производственное предприятие «Старт» им. А. И. Яскина»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