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предпринимателем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Предоставить индивидуальному предпринимателю ФИО1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Ответчики: ООО "МТУ ЮГ Ком Строй" (подробнее) ООО МТУ "Юкс"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