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04.10.2019, оставленным без изменения постановлением Восьмого арбитражного апелляционного суда от 26.12.2019 и постановлением Арбитражного суда Западно-Сибирского округа от 03.06.2020, в удовлетворении искового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на основании решения Арбитражного суда Ханты-Мансийского автономного округа - Югры от 23.01.2018 по делу №А75-693/2018 общество признано несостоятельным (банкротом) и в отношении него открыто конкурсное производство по упрощенной процедуре ликвидируемого должника. В отделе судебных приставов на исполнении в отношении общества находилось исполнительное производство о взыскании задолженности в пользу ООО «Норд» и два исполнительных производства о взыскании задолженности в пользу налогового органа. Судебным приставом-исполнителем 04.12.2017 вынесено постановление о наложении ареста на дебиторскую задолженность должника общества в размере 8 990 273 рублей 60 копеек по исполнительному производству № 158852/17/86010-СД в пользу взыскателей - инспекции и ООО «Норд». Дебитор - ООО «РН-Бурение» 07.12.2017 перечислил сумму дебиторской задолженности в размере 8 990 273 рублей 60 копеек на депозитный счет отдела судебных приставов, которая была распределена следующим образом: 2 806 978 рублей 69 копеек перечислено ООО «Норд»; 5 590 030 рублей 02 копейки перечислено налоговому органу; 593 264 рубля 89 копеек - в доход федерального бюджета в счет уплаты исполнительского сбора. Исполнительные производства о взыскании налоговой задолженности окончены судебным приставом 13.12.2017 и 15.12.2017 фактическим исполнением обязательств. При этом в отдел судебных приставов 18.12.2017 поступило заявление общества о его ликвидации, в связи с чем исполнительное производство о взыскании задолженности в пользу ООО «Норд» 25.12.2017 окончено судебным приставом-исполнителем, исполнительный документ направлен ликвидатору. Письмом от 12.12.2017 № 1087 общество уведомило управление о наличии задолженности по выплате заработной платы, выходных пособий и алиментов на общую сумму 10 103 421 рубль 80 копеек. Полагая, что судебными приставами-исполнителями проигнорировано уведомление о наличии невыплаченной заработной платы, в результате чего неправомерно распределена дебиторская задолженность и обществу причинены убытки в размере 8 990 273 рублей 60 копеек, последнее обратилось в арбитражный суд. Рассматривая спор, суды первой и апелляционной инстанций,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21.07.1997 № 118-ФЗ «О судебных приставах», Федерального закона от 02.10.2007 № 229-ФЗ «Об исполнительном производстве», учитывая разъяснения, изложенные в пункте 82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виновного поведения судебных приставов-исполнителей, противоправного характера их действий (бездействия), причинно-следственной связи между этими действиями и наступившими последствиями, в связи с чем отказали в удовлетворении искового требования. Суды указали, что распределение дебиторской задолженности произведено судебным приставом-исполнителем в рамках существующих производств до введения процедуры банкротства и до получения информации о ликвидации организации-должника. При этом обществом не представлено доказательств, свидетельствующих о том, что судебный пристав-исполнитель на дату совершения спорных действий знал или должен был знать о наличии у общества задолженности по заработной плате или иных видов задолженностей. Доводы жалобы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«Теплоресурс-Югра»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Арбитражный суд Западно-Сибирского округа (подробнее) ООО К/У "Теплоресурс-Югра" Гайдулин Виталий Радиславович (подробнее) ООО "Теплоресурс-Югра" (подробнее) Ответчики: в лице Федеральной службы судебных приставов России (подробнее) ОСП по г.Нижневартовску и Нижневартовскому району УФССП по ХМАО - Югре (подробнее) Федеральная служба судебных приставов России (подробнее) Иные лица: Межрайонная ИФНС России №6 по Ханты-Мансийскому автономному округу - Югре (подробнее) МИФНС №6 по ХМАО-Югре (подробнее) ООО "Норд" (подробнее) ООО "РН-Бурение" (подробнее) СПИ ОСП по городу Нижневартовску и Нижневартовскому району УФССП по ХМАО-Югре Зименюк Н.П. (подробнее) Судебный пристав - исполнитель Бизякина Н.Н. (подробнее) Судебный пристав-исполнитель ОСП по г.Нижневартовску и Нижневартовскому району Шаленин А.В. (подробнее) судебный пристав-исполнитель Отдела судебных приставов по г.Нижневартовску и Нижневартовскому району Бизякина Наталья Николаевна (подробнее) судебный пристав-исполнитель Отдела судебных приставов по г.Нижневартовску и Нижневартовскому району Зименюк Наталья Петровна (подробнее) судебный пристав-исполнитель Отдела судебных приставов по г.Нижневартовску и Нижневартовскому району Шаленин Андрей Валерьевич (подробнее) Судебный пристав-исполнитель УФССП по ХМАО-Югре ОСП по г.Нижневартовску и Нижневартовскому р-ону Бизякина Н.Н. (подробнее) Судебный пристав-исполнитель УФССП по ХМАО-Югре ОСП по г.Нижневартовску и Нижневартовскому р-ону Зименок Н.П. (подробнее) Судебный пристав-исполнитель УФССП по ХМАО-Югре ОСП по г.Нижневартовску и Нижневартовскому р-ону Шаленин А.В. (подробнее) Управление Федеральной службы судебных приставов по Ханты-Мансийскому автономному округу - Югре (подробнее) УФССП по ХМАО-Югре (подробнее) ФССП России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