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Некрасов Евгений Борисович, индивидуальный предприниматель Некрасов Андрей Борисович, индивидуальный предприниматель Кузьменко Дмитрий Янович, индивидуальный предприниматель Карабут Владимир Евгеньевич, индивидуальный предприниматель Гафиятуллин Вадим Ахматфаизович (далее – Предприниматели) обратились в Арбитражный суд Свердловской области с заявлением о признании незаконными действий администрации Североуральского городского округа (далее – Администрация) по установке ограждений с ул. Ленина в г. Североуральске между многоквартирными жилыми домами № 31, 27 около дома № 31, обязать убрать незаконно установленные ограждения. К участию в деле в качестве третьих лиц, не заявляющих самостоятельных требований относительно предмета спора, привлечены товарищество 2 собственников жилья «Ленина 31» (далее – Товарищество), акционерное общество «Тандер» (далее – Общество). Решением Арбитражного суда Свердловской области от 08.10.2019, оставленным без изменения постановлением Семнадцатого арбитражного апелляционного суда от 11.12.2019 и постановлением Арбитражного суда Уральского округа от 08.06.2020, в удовлетворении требований отказано. В кассационных жалобах, поданных в Верховный Суд Российской Федерации, заявители просят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 заявители указывают, что судами не устанавливалось конкретное место расположения спорных ограждений относительно границ земельного участка многоквартирного дома; сам по себе факт рекомендации обращения частью собственников помещений многоквартирного дома с каким-либо предложением не означает принятия ими юридически значимого решения.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Предприниматели являются собственниками нежилого помещения, расположенного в пятиэтажном жилом доме № 31 по ул. Ленина в г. Североуральске. Решением внеочередного общего очного собрания собственников и членов Товарищества, оформленным протоколом № 2, рекомендовано обратиться в Администрацию с предложением организовать пешеходные зоны вдоль пути следования автотранспорта от улицы Ленина до выезда на придомовые территории домов по улице Ленина 29, 31, а также обеспечить ограждение от пешеходного перехода по ул. Ленина до Бульвара Моисеева, по обеим сторонам, для устранения неорганизованной парковки автомобилей и разгрузки большегрузного транспорта. Администрация 15.06.2018 направила в адрес собственников письмо № 3437 о предстоящем закрытии проезда для крупногабаритного и легкового транспорта с улицы Ленина между домами № 31 и 27 в связи с благоустройством территории СГО, и с предложением о принятии мер по переносу зоны погрузки/выгрузки товаров. 3 Не согласившись с предстоящим закрытием проезда Некрасов Е.Б., направил в адрес Администрации письмо с указанием мотивов своего несогласия о предстоящем закрытии проезда, полагая, что данными действиями нарушается его право собственника на использование недвижимого имущества - магазина по назначению. Администрация 11.09.2018 повторно письмом от 07.09.2018 № 4910 проинформировала собственников помещений о том, что в период с 10.10.2018 по 25.10.2018 будут проведены работы по установке ограждения с улицы Ленина между многоквартирными жилыми домами № 31 и N 27 в связи с благоустройством территории Североуральского городского округа, в том числе, в районах образовательных учреждений для обеспечения безопасного движения, пешеходов и детей. В письме Администрация предложила собственникам принять меры с 10.10.2018 по 25.10.2018 по переносу зоны погрузки/выгрузки товара. Позднее соответствующие ограждения установлены на границе земельного участка, принадлежащего собственникам многоквартирного дома № 31 по ул. Ленина г. Североуральска и земельным участком общего пользования. Считая, что закрытие проезда для крупногабаритного и легкового транспорта нарушает права Предпринимателей на пользование принадлежащим им недвижимым имуществом по прямому назначению, собственники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положениями Федерального закона от 06.10.2003 № 131-ФЗ «Об общих принципах организации местного самоуправления в Российской Федерации»,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10.12.1995 № 196-ФЗ «О безопасности дорожного движения», суды отказали в удовлетворении требований, статями 209,304 Гражданского кодекса Российской Федерации, разъяснениями, изложенными в пункте 45 Постановления Пленума Верховного Суда Российской Федерации и Пленума Высшего Арбитражного Суда Российской Федерации от 29.04.2010 №10/22 «О некоторых вопросах, возникающих в судебной практике при разрешении споров, связанных с защитой права собственности и других вещных прав», придя к выводу, что Администрация действовала в рамках своих полномочий, в целях обеспечения безопасности, направленной на сохранение жизни и здоровья, наиболее незащищенных участников дорожного движения – пешеходов, с целью упорядочения движения, а также во избежание наездов. Установление металлического ограждения не препятствует собственникам в реализации их прав на нежилое помещение, проход к нежилым помещениям истцов и подъезд автомобилей возможен с иной стороны. Доводы кассационных жалоб,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акционерного общества «Тандер», индивидуального предпринимателя Некрасова Андрея Борисовича, индивидуального предпринимателя Некрасова Евгения Борисовича, индивидуального предпринимателя Кузьменко Дмитрия Яновича, индивидуального предпринимателя Карабут Владимира Евгеньевича, индивидуального предпринимателя Гафиятуллина Вадима Ахматфаизовича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