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Республики Дагестан с иском к акционерному обществу «Российский сельскохозяйственный банк» в лице Дагестанского регионального филиала о признании договора банковского счета от 14.01.2013 № 644 расторгнутым, обязании закрыть расчетный счет и выдать остаток денежных средств с указанного счета наличными денежными средствами. Решением Арбитражного суда Республики Дагестан от 23.12.2019 иск удовлетворен. Постановлением Шестнадцатого арбитражного апелляционного суда от 11.03.2020 решение суда первой инстанции оставлено без изменения. Арбитражный суд Северо-Кавказского округа постановлением от 15.07.2020 указанные судебные акты оставил без изменения. Акционерное общество «Российский сельскохозяйственный банк» в лице Дагестанского регионального филиала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банком полученное письменное заявление клиента о расторжении договора банковского счета и закрытии счета оставлено без рассмотрения, доказательств закрытия банковского счета не представлено, учитывая право клиента расторгнуть договор банковского счета в любое время, руководствуясь статьей 859 Гражданского кодекса Российской Федерации, разъяснениями, изложенными в пункте 13 постановления Пленума Высшего Арбитражного Суда Российской Федерации от 19.04.1999 № 5 «О некоторых вопросах практики рассмотрения споров, связанных с заключением, исполнением и расторжением договоров банковского счета», суды признали иск обоснованным. Доводы жалобы об отсутствии доказательств некачественного обслуживания клиента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лице Дагестанского регионального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Гаджимагомедов Ахмед Гитиномагомедович (подробнее) Ответчики: АО "Россельхозбанк" в лице Дагестанского регионального филиала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