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13.08.2020 обратилось в Верховный Суд Российской Федерации с кассационной жалобой на принятые по делу судебные акты,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08.06.2020,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«Ростовские информационные коммуникации»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ПАО "Ростелеком" (подробнее) Ответчики: Управление Федеральной антимонопольной службы по Ростовской области (подробнее) Судьи дела: Антонова М.К. (судья) (подробнее) Последние документы по делу: Определение от 23 сентября 2020 г. по делу № А53-29155/2019 Определение от 19 августа 2020 г. по делу № А53-29155/2019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