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28.05.2020,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Коротченко Артема Викторовича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