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«РН-Юганскнефтегаз» (далее – компания) обратилось в Арбитражный суд Ханты-Мансийского автономного округа – Югры с иском к обществу о взыскании 201 762 руб. 92 коп. убытков по договору от 01.01.2018 № 210718/0032Д на производство геофизических работ. Арбитражный суд Ханты-Мансийского автономного округа – Югры, рассмотрев дело в порядке упрощенного производства, решением от 14.10.2019, оставленным без изменения постановлением Восьмого арбитражного апелляционного суда от 27.12.2019 и постановлением Арбитражного суда Западно-Сибирского округа от 25.05.2020, взыскал с общества в пользу компании 168 135 руб. 77 коп. убытков, в удовлетворении остальной части иска отказал. В кассационной жалобе, поданной в Верховный Суд Российской Федерации, общество просит отменить указанные судебные акты, ссылаясь на их незаконность. Согласно части 3 статьи 291.1 Арбитражного процессуального кодекса Российской Федерации (далее - АПК РФ)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настоящем случае, как указано выше, дело рассмотрено в порядке упрощенного производства и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291.1 – 291.15 АПК РФ и кассационная жалоба заявителя подлежала возвращению без рассмотрения по существу в соответствии с пунктом 2 части 1 статьи 291.5 АПК РФ как поданная на судебные акты, которые согласно названному Кодексу не обжалуются в порядке кассационного производства. Так как настоящая жалоба не была возвращена заявителю до принятия ее к производству, производство по ней подлежит прекращению применительно к пункту 1 части 1 статьи 150 АПК РФ . В связи с прекращением производства по кассационной жалобе государственная пошлина в сумме 3000 рублей, уплаченная при подаче жалобы по платежному поручению от 26.06.2020 № 2495, подлежит возврату. Руководствуясь статьями 150 , 184 и 291.1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публичного акционерного общества «Нижневартовскнефтегеофизика» на решение Арбитражного суда Ханты-Мансийского автономного округа – Югры от 14.10.2019, постановление Восьмого арбитражного апелляционного суда от 27.12.2019 и постановление Арбитражного суда Западно-Сибирского округа от 25.05.2020 по делу № А75-15201/2019 прекратить. Возвратить публичному акционерному обществу «Нижневартовскнефтегеофизика» из федерального бюджета 3000 рублей государственной пошлины, уплаченных по платежному поручению от 26.06.2020 № 2495.Выдать справку на возврат государственной пошлины.Судья Верховного Суда Российской Федерации Н.С. Чучунова Суд: Верховный Суд РФ (подробнее) Истцы: ООО "РН-Юганскнефтегаз" (подробнее) Ответчики: ПАО "НИЖНЕВАРТОВСКНЕФТЕГЕОФИЗИКА"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