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12.11.2019, оставленным без изменения постановлением Четвертого арбитражного апелляционного суда от 29.01.2020 и постановлением Арбитражного суда Восточно-Сибирского округа от 02.07.2020, в удовлетворении заявленного требования отказано. Исполнительский сбор уменьшен на одну четверть до 3 027 098 рублей 66 копеек.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 основании постановления Инспекции Федеральной налоговой службы по Октябрьскому району города Иркутска № 38110024801 от 07.06.2019 о взыскании с предприятия задолженности в размере 57 659 022 рублей, постановлением судебного пристава-исполнителя от 10.06.2019 возбуждено исполнительное производство № 130052/19/38021-ИП, должнику установлен пятидневный срок для добровольного исполнения требований, содержащихся в исполнительном документе. Копия постановления о возбуждении исполнительного производства вручена представителю предприятия 10.06.2019. 17.06.2019 предприятие обратилось с заявлением об обращении взыскания в рамках сводного производства на право требования к ОАО «Иркутская электросетевая компания» о взыскании задолженности по договору оказания услуг по передаче электрической энергии от 15.08.2017 в связи с невозможностью исполнения исполнительного документа в добровольный срок по уважительным причинам. По заявлению должника 17.06.2019 судебный пристав - исполнитель вынес постановление об обращении взыскания на имущественное право, обязав АО «Иркутская электросетевая компания» денежные средства, подлежащие перечислению предприятию, перечислять отделу судебных приставов по указанным реквизитам. В связи с неисполнением в установленный срок исполнительного документа судебный пристав-исполнитель 25.06.2019 вынес постановление о взыскании с предприятия исполнительского сбора в размере 4 036 131 рубля 54 копеек. Не согласившись с постановлением управления, предприятие обратилось в арбитражный суд. Отказывая в удовлетворении заявления, суды первой и апелляционной инстанций, руководствуясь положениями Федерального закона от 02.10.2007 № 229-ФЗ «Об исполнительном производстве», учитывая разъяснения, изложенные в постановлении Конституционного Суда Российской Федерации от 30.07.2001 № 13-П,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пришли к выводу о том, что постановление судебного пристава-исполнителя соответствует законодательству и не нарушает права и законные интересы заявителя, одновременно уменьшив установленный размер исполнительского сбора до 3 027 098 рублей 66 копеек. Судебные инстанции исходили из того, что обязательство должником не исполнено в установленный срок, в отношении предприятия имелись неисполненные исполнительные производства; денежные средства на расчетных счетах, необходимые для исполнения исполнительных документов, отсутствовали; к банковским счетам выставлена картотека неисполненных финансовых обязательств. Кроме того, суды отметили, что предприятие имело возможность напрямую обратиться к дебитору АО «Иркутская электросетевая компания» с заявлением о перечислении задолженности по договору оказания услуг по передаче электрической энергии от 15.08.2017 № ТСО-50/17/100/2017/Д на депозитный счет отдела судебных приставов. Суд округа поддержал выводы судебных инстанций. Доводы предприятия, изложенные в кассационной жалобе, в том числе о допущенных судебным приставом-исполнителем нарушениях в части принятия мер об обращении взыскания на имущественное право должника до истечения установленного законом срока для добровольного исполнения исполнительного документа,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основаны на ином толковании норм права,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областному государственному унитарному энергетическому предприятию «Электросетевая компания по эксплуатации электрических сетей «Облкоммунэнерго»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Областное государственное унитарное энергетическое предприятие "Электросетевая компания по эксплуатации электрических сетей "Облкоммунэнерго" (подробнее) Ответчики: Судебный пристав-исполнитель МОСП по исполнению особых исполнительных производств УФССП по Иркутской области Ботоболотова Б.Б. (подробнее) Судебный пристав-исполнитель МОСП по исполнению особых исполнительных производств УФССП по Иркутской области Ботоболотова Бутид Баторовна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