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«Заря» (далее – общество) обратилось в Верховный Суд Российской Федерации с кассационной жалобой на постановление Арбитражного суда Центрального округа от 23.03.2020 по делу № А83-6371/2019 Арбитражного суда Республики Крым по заявлению общества к Государственному комитету по государственной регистрации и кадастру Республики Крым (далее – административный орган) о признании незаконными и отмене постановления от 22.03.2019 № 62 о привлечении к административной ответственности, предусмотренной частью 1 статьи 8.8 Кодекса Российской Федерации об административных правонарушениях. Определением Верховного Суда Российской Федерации от 27.08.2020 № 310-ЭС20-8733 кассационная жалоба общества вместе с делом передана для рассмотрения в судебном заседании Судебной коллегии по экономическим 2 спорам Верховного Суда Российской Федерации и назначена к рассмотрению на 30.09.2020 в 11 часов 00 минут (время московское). Обществом и административным органом заявлены ходатайства об участии в судебном заседании путем использования систем видеоконференц- связи при содействии Арбитражного суда Республики Крым.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Учитывая наличие технической возможности осуществления видеоконференц-связи при содействии Арбитражного суда Республики Крым, ходатайства общества и административного органа подлежат удовлетворению на основании статьи 153.1 Арбитражного процессуального кодекса Российской Федерации. Руководствуясь статьями 73, 153.1, 159, 184,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ходатайства общества с ограниченной ответственностью «Заря» и Государственного комитета по государственной регистрации и кадастру Республики Крым об участии в судебном заседании Судебной коллегии по экономическим спорам Верховного Суда Российской Федерации по рассмотрению дела № А83-6371/2019 Арбитражного суда Республики Крым путем использования систем видеоконференц-связи. Поручить Арбитражному суду Республики Крым организацию видеоконференц-связи в здании Арбитражного суда Республики Крым (г. Симферополь, ул. Александра Невского, д. 29/11) в целях участия общества с ограниченной ответственностью «Заря» и Государственного комитета по государственной регистрации и кадастру Республики Крым в судебном заседании Судебной коллегии по экономическим спорам Верховного Суда Российской Федерации, назначенном в 11 часов 00 минут (время московское) 30.09.2020 по адресу: г. Москва, ул. Поварская, д. 15. Арбитражному суду Республики Крым известить общество с ограниченной ответственностью «Заря» (295049, г. Симферополь, ул. Хатидже 3 Чапчакчи, д. 3) и Государственный комитет по государственной регистрации и кадастру Республики Крым (295022, г. Симферополь, проспект Кирова, д. 13) о явке 30.09.2020 в 11 часов 00 минут (время московское) в Арбитражный суд Республики Крым, при содействии которого указанные лица смогут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видеоконференц-связи.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