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2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«Базис плюс» удовлетворить. Предоставить обществу с ограниченной ответственностью «Базис плюс»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