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10.07.2020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Тюменской области от 05.08.2019 по делу № А70-8590/2019, постановление Восьмого арбитражного апелляционного суда от 01.11.2019 и постановление Арбитражного суда Западно-Сибирского округа от 10.02.2020 по тому же делу. Судья Верховного Суда О.Ю. Шилохвост Российской Федерации Суд: Верховный Суд РФ (подробнее) Истцы: ИП Набиев Акрам Ислам оглы (подробнее) Ответчики: АО Акционерная компания "Ямата Эндюстрийел Прожелер Иншаат Тааххют ве Тиджарет Аноним Ширкети" в лице филиала "Ямата Эндюстрийел Прожелер Иншаат Тааххют ве Тиджарет Аноним Ширкетти" г. Тюмень (подробнее) Иные лица: АСЗСО (подробнее) Судьи дела: Шилохвост О.Ю. (судья) (подробнее) Последние документы по делу: Определение от 9 сентября 2020 г. по делу № А70-8590/2019 Определение от 13 июля 2020 г. по делу № А70-8590/2019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