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«Агрофирма «Тукса» (далее – Общество) обратилось в Арбитражный суд Республики Карелия с заявлением о признании незаконным отказа Управления Федеральной службы государственной регистрации, кадастра и картографии по Республике Карелия (далее – Управление) во внесении в Единый государственный реестр недвижимости (далее – ЕГРН) сведений о прекращении ареста на указанное в иске недвижимое имущество, принадлежащее Обществу; обязании Управления внести в ЕГРН запись о прекращении ареста объектов недвижимости. Решением Арбитражного суда Республики Карелия от 11.10.2019, оставленным без изменения постановлением Тринадцатого арбитражного апелляционного суда от 30.12.2019 и постановлением Арбитражного суда Северо- Западного округа от 29.05.2020,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судами фактически не были рассмотрены требования заявителя, ссылаясь на то, что им заявлено требование об обязании регистрирующего органа внести сведения о прекращении ареста спорных объектов, наложенного на основании части 3 статьи 115 УПК РФ . Общество настаивает, что решение о признании должника банкротом в силу абзаца 9 пункта 1 статьи 126 Федерального закона от 26.10.2002 № 127-ФЗ «О несостоятельности (банкротстве)», является основанием для снятия наложенных арестов.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06.02.2018 в ЕГРН на основании постановления Невского районного суда Санкт-Петербурга от 23.12.2017 № 3/6-772/17 внесена запись об аресте в отношении ряда объектов недвижимости, принадлежащих на праве собственности Обществу. Арест, наложенный на указанные объекты недвижимости, неоднократно продлевался, последний раз продлен постановлением Тверского районного суда города Москвы от 19.08.2019 по делу № 3/6-1350/2019 до 05.12.2019. Решением Арбитражного суда Республики Карелия от 11.05.2018 по делу № А26-11364/2016 в отношении Общества введено конкурсное производство. Общество обратилось в Управление с заявлениями о прекращении ограничений прав на объекты недвижимости и соответствующих обременений. Уведомлением от 18.06.2019 во внесении в ЕГРН сведений о прекращении ареста отказано. Ссылаясь на то, что действия Управления по отказу в государственной регистрации не соответствуют закону, Общество обратилось в арбитражный суд с указанными требованиями. Исследовав и оценив по правилам статьи 71 АПК РФ представленные доказательства, руководствуясь статьями 115 , 115.1 УПК РФ и положениями Федерального закона от 13.07.2015 № 218-ФЗ «О государственной регистрации недвижимости», приняв во внимание разъяснения, изложенные в определениях Конституционного Суда Российской Федерации от 15.05.2012 № 813-О и от 25.10.2016 № 2356-О, суды правомерно отказали в удовлетворении требований, признав законными действия Управления, указав, что аресты и иные запреты, принятые в отношении недвижимого имущества в рамках производства по уголовному делу, могут быть отменены только в порядке, предусмотренном уголовно-процессуальным законодательством. В момент обращения Общества с заявлением о государственной регистрации отсутствовали доказательства снятия ареста в порядке, предусмотренном статьей 115.1 УПК РФ 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«Агрофирма «Тукса»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"Агрофирма "Тукса" (подробнее) ООО Конкурсный управляющий "Агрофирма "Тукса" - Наталкин Дмитрий Владимирович (подробнее) ООО к/у "Агрофирма "Тукса" - Наталкин Дмитрий Владимирович (подробнее) Ответчики: Управление Федеральной службы государственной регистрации, кадастра и картографии по Республике Карелия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