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30.08.2019, оставленным без изменения постановлениями Восемнадцатого арбитражного апелляционного суда от 09.12.2019 и Арбитражного суда Уральского округа от 03.06.2020, должник признан несостоятельным (банкротом), в отношении него открыта процедура конкурсного производства, утверждён конкурсный управляющий.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Открывая процедуру конкурсного производства,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 51, 53, 75 Федерального закона от 26.10.2002 № 127-ФЗ «О несостоятельности (банкротстве)», исходил из наличия у должника признаков банкротства, непогашенных на протяжении более трёх месяцев и превышающих 300 000 рублей требований кредиторов, принятия первым собранием кредиторов соответствующего решения, соответствия кандидатуры конкурсного управляющего требованиям законодательства о банкротстве. С указанными выводами впоследствии согласились суды апелляционной инстанции и округа, допустив возможность введения в отношении должника реабилитационной процедуры (в частности, процедуры внешнего управления) посредством реализации заявителем прав на постановку перед собранием кредиторов соответствующего вопроса. Не исключили суды и возможность прекращения производства по настоящему делу в случае заключения мирового соглашения при наличии доказательств восстановления платёжеспособности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учредителю общества с ограниченной ответственностью «Агро-Мен»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"Россельхозбанк" в лице Башкирского регионального филиала АО "Россельхозбанк" (подробнее) ГОСУДАРСТВЕННОЕ БЮДЖЕТНОЕ УЧРЕЖДЕНИЕ НЕФТЕКАМСКАЯ МЕЖРАЙОННАЯ ВЕТЕРИНАРНАЯ СТАНЦИЯ РЕСПУБЛИКИ БАШКОРТОСТАН (подробнее) МИФНС №29 по РБ (подробнее) ОАО "Удмуртагроснаб" (подробнее) ООО "АльтаирГЕО" (подробнее) ООО "Аудиторско-Консалтинговая фирма "Аналитик" (подробнее) ООО Единственный участник "Агро-Мен" Николаева Наталья Павловна (подробнее) ООО "Матрикс Универсал" (подробнее) ООО "НВЦ Агроветзащита С-П." (подробнее) ООО частная охранная организация "Казачья охрана Ягуар" (подробнее) Ответчики: ООО "Агро-Мен" (подробнее) ООО " БИТ" (подробнее) Иные лица: Ассоциация "Евросибирская саморегулируемая организация арбитражных управляющих" (подробнее) АССОЦИАЦИЯ ЕВРОСИБИРСКАЯ САМОРЕГУЛИРУЕМАЯ ОРГАНИЗАЦИЯ АРБИТРАЖНЫХ УПРАВЛЯЮЩИХ (подробнее) Конкурсный управляющий Талипов Шамиль Савхиянович (подробнее) нпс сопау "Альянс управляющих (подробнее) ОАО НАБЕРЕЖНОЧЕЛНИНСКИЙ ЭЛЕВАТОР (подробнее) ООО "БИЗНЕС.ИНВЕСТИЦИИ.ТЕХНОЛОГИИ" (подробнее) СПК "1 Мая" Краснокамский район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