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«Морской колокол» (далее – общество) обратилось в Арбитражный суд города Севастополя с заявлением к начальнику группы дознания и административной практики Пограничного управления ФСБ России по Республике Крым в лице Службы в г. Балаклаве ФИО1, Пограничному управлению ФСБ России по Республике Крым в лице Службы в г. Балаклаве (далее – административный орган) о признании незаконным и отмене постановления от 31.01.2018 № 9930-С/49-18 о привлечении к административной ответственности, предусмотренной частью 2 статьи 8.17 Кодекса Российской Федерации об административных правонарушениях (далее – КоАП РФ). Решением Арбитражного суда города Севастополя от 09.10.2019, оставленным без изменения постановлением Двадцать первого арбитражного апелляционного суда от 26.11.2019, обществу отказано в удовлетворении заявления. Арбитражный суд Центрального округа постановлением от 12.03.2020 отменил решение суда первой инстанции и постановление суда апелляционной инстанции и удовлетворил заявление общества.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04.06.2020 были истребованы материалы дела из Арбитражного суда города Севастополя.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31.01.2018 № 9930-С/49-18 общество привлечено к административной ответственности, предусмотренной частью 2 статьи 8.17 КоАП РФ, с назначением наказания в виде административного штрафа в размере 313 260 рублей 42 копейки. Не согласившись с указанным постановлением административного органа, общество оспорило его в арбитражном суде. Частью 2 статьи 8.17 КоАП РФ установлена административная ответственность за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Рассматривая настоящий спор, установив, что в нарушение Правил рыболовства для Азово-Черноморского рыбохозяйственного бассейна, утвержденных приказом Министерства сельского хозяйства Российской Федерации от 01.08.2013 № 293 капитан принадлежащего обществу рыболовного судна «Багерово» в ходе осуществления промысловой деятельности использовал разноглубинный трал в донном варианте траления, суды первой и апелляционной инстанций пришли к выводу о наличии в действиях общества состава вмененного административного правонарушения и признали правомерным оспариваемое постановление административного органа, отказав обществу в удовлетворении заявления. Суд округа не согласился с указанными выводами и отменил судебные акты судов первой и апелляционной инстанций, ссылаясь на то, что вступившим в законную силу приговором Нахимовского районного суда г. Севастополя от 01.07.2019 капитан рыболовного судна «Багерово» ФИО2 признан виновным в совершении преступления, предусмотренного частью 3 статьи 256 Уголовного кодекса Российской Федерации, и указанное обстоятельство исключает административную ответственность юридического лица - работодателя, так как действия работника юридического лица, содержащие признаки преступления, не образуют совокупность составов иных правонарушений, в том числе административных. На основании изложенного, суд округа признал незаконным и отменил оспариваемое постановление административного органа. Обжалуя постановление суда округа в Верховный Суд Российской Федерации, административный орган приводит доводы о существенных нарушениях судом норм материального и процессуального права, повлиявших на исход дела. Так, в частности, административный орган приводит доводы о том, что в соответствии с частью 3 статьи 2.1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Согласно абзацу 4 пункта 15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привлечение к уголовной ответственности должностного лица не может в силу части 3 статьи 2.1 КоАП РФ служить основанием для освобождения юридического лица от административной ответственности. Таким образом, административный орган считает, что привлечение капитана принадлежащего обществу судна к уголовной ответственности не является основанием для освобождения общества от административной ответственности.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федерального государственного казенного учреждения «Пограничное управление Федеральной службы безопасности Российской Федерации по Республике Крым»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ООО " Морской колокол" (подробнее) Иные лица: начальник группы дознания и административной практики Службы в г.Балаклава Пограничного управления ФСБ России по Республике Крым Сергеева Е.С. (подробнее) ФГКУ "Пограничное управление ФСБ России по Республике Крым" (подробнее) Федеральная служба безопасности РФ Пограничного управления ФСБ России по Республике Крым Служба в г Балаклаве (подробнее) Судьи дела: Першутов А.Г. (судья) (подробнее) Последние документы по делу: Определение от 21 августа 2020 г. по делу № А84-418/2018 Резолютивная часть определения от 19 августа 2020 г. по делу № А84-418/2018 Определение от 14 июля 2020 г. по делу № А84-418/2018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