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16.06.2020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которого ссылается на введенные ограничительные меры и режим самоизоляции сотрудников учреждения.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учреждением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казенного учреждения «Колония-поселение № 5 Управления Федеральной службы исполнения наказаний по Кабардино- Балкарской Республике»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УФСИН России по КБР (подробнее) Ответчики: ФКУ "Колония-поселение №5 УФСИН по КБР" (подробнее) Судьи дела: Першутов А.Г. (судья) (подробнее) Последние документы по делу: Определение от 18 августа 2020 г. по делу № А20-201/2019 Определение от 30 июня 2020 г. по делу № А20-201/2019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