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2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предпринимателем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Новиковой Валентины Константиновны удовлетворить. Предоставить индивидуальному предпринимателю Новиковой Валентине Константиновне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