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гаражно-строительный кооператив «Красного Знамени, 111» (далее – Кооператив) обратился в Арбитражный суд Приморского края с заявлением, уточненным в порядке статьи 49 Арбитражного процессуального кодекса Российской Федерации (далее – АПК РФ), о признании незаконным решения Управления Федеральной службы государственной регистрации, кадастра и картографии по Приморскому краю (далее – Управление), оформленного уведомлением от 22.10.2018 № 25/18-34160, об отказе во внесении сведений о ранее учтенном объекте недвижимости, обязать Управление внести в государственный кадастр недвижимости сведения о земельном участке, расположенном в районе жилого дома по адресу: &lt;...&gt;. К участию в деле в качестве третьих лиц, не заявляющих самостоятельных требований относительно предмета спора, привлечены администрация города Владивостока (далее – Администрация), Департамент земельных и имущественных отношений Приморского края (в настоящее время переименован в Министерство имущественных и земельных отношений Приморского края; далее - Министерство), Управление муниципальной собственности г. Владивостока, Олейников Владимир Николаевич (далее - Олейников В.Н.). Решением Арбитражного суда Приморского края от 12.08.2019, оставленным без изменения постановлением Пятого арбитражного апелляционного суда от 28.10.2019 и постановлением Арбитражного суда Дальневосточного округа от 18.02.2020,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что представленные документы подтверждают законность использования Кооперативом спорного участка и являются достаточными правовыми основаниями для внесения сведений в ЕГРН об этом участке, как ранее учтенном.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08.08.1994 комиссией, созданной решением Администрации, произведен выбор площадки для временного размещения коллективной автостоянки в районе Народного проспекта г. Владивостока общей площадью 0,13 га, о чем оформлен лист согласования объектов некапитальной застройки. При этом указано, что на основании произведенных обследований земельный участок может быть использован для временного размещения 10 единиц (машин). Согласно заключениям Центра санитарно-эпидемиологического надзора г. Владивостока от 18.08.1994 № 283 и от 05.09.1994 № 303 земельный участок площадью 0,13 га по ул. Народный проспект - ул. Добролюбова не пригоден для организации коллективной автостоянки на 17 единиц, допускается строительство коллективной стоянки на 10 машин. Проектной документацией «Коллективная стоянка по Народному проспекту в &lt;...&gt; год» были предусмотрены следующие показатели: количество боксов - 10 шт., площадь застройки - 408 кв. м, площадь асфальтобетонного покрытия - 342,5 кв. м, площадь озеленения - 550 кв. м, протяженность ограждений (бортовой камень) - 65 м, общая площадь 1 300 кв. м. В проекте за основу взяты металлические гаражи заводского изготовления и отражено, что данный проект разработан для временного использования территории, поэтому при первом требовании администрации района или г. Владивостока, данная территория должна быть освобождена в срок. В результате преобразования коллективной автомобильной стоянки в районе ул. Добролюбова и Народного проспекта был создан Кооператив (запись в ЕГРЮЛ о регистрации от 27.04.2006 за номером 1062536037300). Соответствующие сведения отражены в уставе Кооператива с учетом новой редакции, утвержденной решением общего собрания от 22.08.2018. Впоследствии Кооператив подготовил схему расположения занимаемого им земельного участка и обратился в Администрацию с заявлением от 18.07.2006 № 8122д по вопросу о заключении договора аренды земельного участка в районе здания Народный проспект, 21, занятого гаражными боксами, а также выдачи разрешения на строительство капитальных гаражей на данном участке и размещение предприятий автосервиса. Письмом от 19.10.2006 № 8122Д Администрация отказала в удовлетворении заявления по причине наличия прав третьих лиц на спорный земельный участок, а также вследствие запрета проектирования и строительства гаражей вдоль существующих и перспективных автомагистралей городского и федерального значения на территории города Владивостока. Кооператив через Многофункциональный центр подал в Управление заявление от 19.10.2018 о внесении в Единый государственный реестр недвижимости сведений о ранее учтенном земельном участке, расположенном по адресу: г. Владивосток, в районе здания Народный проспект, 19 и представил имеющиеся документы: устав Кооператива, протокол общего собрания от 14.04.2018, лист согласования объектов некапитальной застройки от 08.08.1994, заключение Центра санитарно-эпидемиологического надзора г. Владивостока от 18.08.1994 № 283, обзорную схему от 06.07.2006, схемы от 08.08.1994 и от 28.06.2006. Решением от 22.10.2018 № 25/18-34160 Управление отказало во внесении сведений о ранее учтенном объекте недвижимости в связи с тем, что представленные Кооперативом копии документов не подтверждают ранее осуществленный в установленном законодательством порядке учет или ранее зарегистрированное и не прекращенное право на спорный земельный участок. Не согласившись с указанным решением, Кооператив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28 , 29 Земельного кодекса Российской Федерации, положениями Федерального закона от 13.07.2015 № 218-ФЗ «О государственной регистрации недвижимости» и Федерального закона от 24.07.2007 № 221-ФЗ «О государственном кадастре недвижимости», суды отказали в удовлетворении требований, придя к выводам, что из представленных Кооперативом документов невозможно достоверно установить, что в отношении спорного объекта ранее был осуществлен государственный кадастровый учет или произведена государственная регистрация прав на него; представленные заявителем документы по форме и содержанию не соответствовали Земельному кодексу РСФСР (действовавшему в 1994 году).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ходатайство о проведении заседания по делу путем использования систем видеоконференц-связи подлежит отклонению.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гаражно-строительного кооператива «Красного Знамени, 111» о проведении заседания по делу путем использования систем видеоконференц-связи отказать. Отказать в передаче кассационной жалобы гаражно-строительного кооператива «Красного Знамени, 111»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Гаражно-строительный кооператив "Красного Знамени, 111" (подробнее) Ответчики: Управление Федеральной службы государственной регистрации, кадастра и картографии по Приморскому краю (подробнее) Иные лица: Министерство имущественных и земельных отношений Приморского края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