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2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Гвардейского потребительского общества удовлетворить. Предоставить Гвардейскому потребительскому обществу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